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F54" w:rsidRDefault="00B96F54" w:rsidP="00B96F54">
      <w:pPr>
        <w:pStyle w:val="Heading1"/>
      </w:pPr>
      <w:r>
        <w:rPr>
          <w:noProof/>
          <w:lang w:val="en-GB" w:eastAsia="en-GB"/>
        </w:rPr>
        <w:drawing>
          <wp:anchor distT="0" distB="0" distL="114300" distR="114300" simplePos="0" relativeHeight="251632640" behindDoc="1" locked="0" layoutInCell="1" allowOverlap="1" wp14:anchorId="0D81A4D5" wp14:editId="419D4AD5">
            <wp:simplePos x="0" y="0"/>
            <wp:positionH relativeFrom="margin">
              <wp:posOffset>387350</wp:posOffset>
            </wp:positionH>
            <wp:positionV relativeFrom="paragraph">
              <wp:posOffset>0</wp:posOffset>
            </wp:positionV>
            <wp:extent cx="5152390" cy="1133475"/>
            <wp:effectExtent l="0" t="0" r="0" b="9525"/>
            <wp:wrapTight wrapText="bothSides">
              <wp:wrapPolygon edited="0">
                <wp:start x="0" y="0"/>
                <wp:lineTo x="0" y="21418"/>
                <wp:lineTo x="21483" y="21418"/>
                <wp:lineTo x="21483" y="0"/>
                <wp:lineTo x="0" y="0"/>
              </wp:wrapPolygon>
            </wp:wrapTight>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extLst>
                        <a:ext uri="{28A0092B-C50C-407E-A947-70E740481C1C}">
                          <a14:useLocalDpi xmlns:a14="http://schemas.microsoft.com/office/drawing/2010/main" val="0"/>
                        </a:ext>
                      </a:extLst>
                    </a:blip>
                    <a:stretch>
                      <a:fillRect/>
                    </a:stretch>
                  </pic:blipFill>
                  <pic:spPr>
                    <a:xfrm>
                      <a:off x="0" y="0"/>
                      <a:ext cx="5152390" cy="1133475"/>
                    </a:xfrm>
                    <a:prstGeom prst="rect">
                      <a:avLst/>
                    </a:prstGeom>
                  </pic:spPr>
                </pic:pic>
              </a:graphicData>
            </a:graphic>
            <wp14:sizeRelH relativeFrom="page">
              <wp14:pctWidth>0</wp14:pctWidth>
            </wp14:sizeRelH>
            <wp14:sizeRelV relativeFrom="page">
              <wp14:pctHeight>0</wp14:pctHeight>
            </wp14:sizeRelV>
          </wp:anchor>
        </w:drawing>
      </w:r>
    </w:p>
    <w:p w:rsidR="00B96F54" w:rsidRDefault="00B96F54">
      <w:pPr>
        <w:pStyle w:val="Heading1"/>
      </w:pPr>
    </w:p>
    <w:p w:rsidR="00B96F54" w:rsidRDefault="00B96F54">
      <w:pPr>
        <w:pStyle w:val="Heading1"/>
      </w:pPr>
    </w:p>
    <w:p w:rsidR="00B96F54" w:rsidRDefault="00B96F54">
      <w:pPr>
        <w:pStyle w:val="Heading1"/>
      </w:pPr>
      <w:r>
        <w:rPr>
          <w:rFonts w:ascii="Calibri" w:eastAsia="Calibri" w:hAnsi="Calibri" w:cs="Calibri"/>
          <w:noProof/>
          <w:sz w:val="22"/>
          <w:lang w:val="en-GB" w:eastAsia="en-GB"/>
        </w:rPr>
        <mc:AlternateContent>
          <mc:Choice Requires="wpg">
            <w:drawing>
              <wp:anchor distT="0" distB="0" distL="114300" distR="114300" simplePos="0" relativeHeight="251634688" behindDoc="1" locked="0" layoutInCell="1" allowOverlap="1" wp14:anchorId="7AFE1BF4" wp14:editId="01834D91">
                <wp:simplePos x="0" y="0"/>
                <wp:positionH relativeFrom="margin">
                  <wp:posOffset>2432050</wp:posOffset>
                </wp:positionH>
                <wp:positionV relativeFrom="paragraph">
                  <wp:posOffset>552450</wp:posOffset>
                </wp:positionV>
                <wp:extent cx="1087755" cy="2173605"/>
                <wp:effectExtent l="19050" t="19050" r="17145" b="17145"/>
                <wp:wrapTight wrapText="bothSides">
                  <wp:wrapPolygon edited="0">
                    <wp:start x="-378" y="-189"/>
                    <wp:lineTo x="-378" y="21581"/>
                    <wp:lineTo x="21562" y="21581"/>
                    <wp:lineTo x="21562" y="-189"/>
                    <wp:lineTo x="-378" y="-189"/>
                  </wp:wrapPolygon>
                </wp:wrapTight>
                <wp:docPr id="5201" name="Group 5201"/>
                <wp:cNvGraphicFramePr/>
                <a:graphic xmlns:a="http://schemas.openxmlformats.org/drawingml/2006/main">
                  <a:graphicData uri="http://schemas.microsoft.com/office/word/2010/wordprocessingGroup">
                    <wpg:wgp>
                      <wpg:cNvGrpSpPr/>
                      <wpg:grpSpPr>
                        <a:xfrm>
                          <a:off x="0" y="0"/>
                          <a:ext cx="1087755" cy="2173605"/>
                          <a:chOff x="0" y="0"/>
                          <a:chExt cx="1087755" cy="2173605"/>
                        </a:xfrm>
                      </wpg:grpSpPr>
                      <wps:wsp>
                        <wps:cNvPr id="13" name="Shape 13"/>
                        <wps:cNvSpPr/>
                        <wps:spPr>
                          <a:xfrm>
                            <a:off x="0" y="0"/>
                            <a:ext cx="1087755" cy="2173605"/>
                          </a:xfrm>
                          <a:custGeom>
                            <a:avLst/>
                            <a:gdLst/>
                            <a:ahLst/>
                            <a:cxnLst/>
                            <a:rect l="0" t="0" r="0" b="0"/>
                            <a:pathLst>
                              <a:path w="1087755" h="2173605">
                                <a:moveTo>
                                  <a:pt x="0" y="2173605"/>
                                </a:moveTo>
                                <a:lnTo>
                                  <a:pt x="1087755" y="2173605"/>
                                </a:lnTo>
                                <a:lnTo>
                                  <a:pt x="1087755" y="0"/>
                                </a:lnTo>
                                <a:lnTo>
                                  <a:pt x="0" y="0"/>
                                </a:lnTo>
                                <a:close/>
                              </a:path>
                            </a:pathLst>
                          </a:custGeom>
                          <a:ln w="28575" cap="flat">
                            <a:miter lim="127000"/>
                          </a:ln>
                        </wps:spPr>
                        <wps:style>
                          <a:lnRef idx="1">
                            <a:srgbClr val="000000"/>
                          </a:lnRef>
                          <a:fillRef idx="0">
                            <a:srgbClr val="000000">
                              <a:alpha val="0"/>
                            </a:srgbClr>
                          </a:fillRef>
                          <a:effectRef idx="0">
                            <a:scrgbClr r="0" g="0" b="0"/>
                          </a:effectRef>
                          <a:fontRef idx="none"/>
                        </wps:style>
                        <wps:bodyPr/>
                      </wps:wsp>
                      <wps:wsp>
                        <wps:cNvPr id="14" name="Rectangle 14"/>
                        <wps:cNvSpPr/>
                        <wps:spPr>
                          <a:xfrm>
                            <a:off x="982853" y="1860296"/>
                            <a:ext cx="42143" cy="189937"/>
                          </a:xfrm>
                          <a:prstGeom prst="rect">
                            <a:avLst/>
                          </a:prstGeom>
                          <a:ln>
                            <a:noFill/>
                          </a:ln>
                        </wps:spPr>
                        <wps:txbx>
                          <w:txbxContent>
                            <w:p w:rsidR="00B96F54" w:rsidRDefault="00B96F54" w:rsidP="00B96F54">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6" name="Picture 16"/>
                          <pic:cNvPicPr/>
                        </pic:nvPicPr>
                        <pic:blipFill>
                          <a:blip r:embed="rId9"/>
                          <a:stretch>
                            <a:fillRect/>
                          </a:stretch>
                        </pic:blipFill>
                        <pic:spPr>
                          <a:xfrm>
                            <a:off x="105410" y="59817"/>
                            <a:ext cx="868680" cy="189801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AFE1BF4" id="Group 5201" o:spid="_x0000_s1026" style="position:absolute;margin-left:191.5pt;margin-top:43.5pt;width:85.65pt;height:171.15pt;z-index:-251681792;mso-position-horizontal-relative:margin" coordsize="10877,2173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">
                <v:shape id="Shape 13" o:spid="_x0000_s1027" style="position:absolute;width:10877;height:21736;visibility:visible;mso-wrap-style:square;v-text-anchor:top" coordsize="1087755,2173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" path="m,2173605r1087755,l1087755,,,,,2173605xe" filled="f" strokeweight="2.25pt">
                  <v:stroke miterlimit="83231f" joinstyle="miter"/>
                  <v:path arrowok="t" textboxrect="0,0,1087755,2173605"/>
                </v:shape>
                <v:rect id="Rectangle 14" o:spid="_x0000_s1028" style="position:absolute;left:9828;top:1860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B96F54" w:rsidRDefault="00B96F54" w:rsidP="00B96F54">
                        <w:pPr>
                          <w:spacing w:after="160" w:line="259" w:lineRule="auto"/>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9" type="#_x0000_t75" style="position:absolute;left:1054;top:598;width:8686;height:18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">
                  <v:imagedata r:id="rId10" o:title=""/>
                </v:shape>
                <w10:wrap type="tight" anchorx="margin"/>
              </v:group>
            </w:pict>
          </mc:Fallback>
        </mc:AlternateContent>
      </w:r>
    </w:p>
    <w:p w:rsidR="00B96F54" w:rsidRDefault="00B96F54">
      <w:pPr>
        <w:pStyle w:val="Heading1"/>
      </w:pPr>
    </w:p>
    <w:p w:rsidR="00B96F54" w:rsidRDefault="00B96F54">
      <w:pPr>
        <w:pStyle w:val="Heading1"/>
      </w:pPr>
    </w:p>
    <w:p w:rsidR="00B96F54" w:rsidRDefault="00B96F54">
      <w:pPr>
        <w:pStyle w:val="Heading1"/>
      </w:pPr>
    </w:p>
    <w:p w:rsidR="00B96F54" w:rsidRDefault="00B96F54">
      <w:pPr>
        <w:pStyle w:val="Heading1"/>
      </w:pPr>
      <w:r>
        <w:rPr>
          <w:rFonts w:ascii="Times New Roman"/>
          <w:noProof/>
          <w:lang w:val="en-GB" w:eastAsia="en-GB"/>
        </w:rPr>
        <mc:AlternateContent>
          <mc:Choice Requires="wps">
            <w:drawing>
              <wp:anchor distT="0" distB="0" distL="114300" distR="114300" simplePos="0" relativeHeight="251642880" behindDoc="0" locked="0" layoutInCell="1" allowOverlap="1" wp14:anchorId="5D4E640F" wp14:editId="23618AD0">
                <wp:simplePos x="0" y="0"/>
                <wp:positionH relativeFrom="margin">
                  <wp:posOffset>590550</wp:posOffset>
                </wp:positionH>
                <wp:positionV relativeFrom="paragraph">
                  <wp:posOffset>551815</wp:posOffset>
                </wp:positionV>
                <wp:extent cx="4876800" cy="1447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4876800" cy="1447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E38406" id="Rectangle 6" o:spid="_x0000_s1026" style="position:absolute;margin-left:46.5pt;margin-top:43.45pt;width:384pt;height:114pt;z-index:2516428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" filled="f" strokecolor="black [3213]" strokeweight="2pt">
                <w10:wrap anchorx="margin"/>
              </v:rect>
            </w:pict>
          </mc:Fallback>
        </mc:AlternateContent>
      </w:r>
    </w:p>
    <w:p w:rsidR="00B96F54" w:rsidRDefault="00B96F54">
      <w:pPr>
        <w:pStyle w:val="Heading1"/>
      </w:pPr>
      <w:r w:rsidRPr="00C967C6">
        <w:rPr>
          <w:rFonts w:ascii="Times New Roman"/>
          <w:noProof/>
          <w:lang w:val="en-GB" w:eastAsia="en-GB"/>
        </w:rPr>
        <mc:AlternateContent>
          <mc:Choice Requires="wps">
            <w:drawing>
              <wp:anchor distT="45720" distB="45720" distL="114300" distR="114300" simplePos="0" relativeHeight="251654144" behindDoc="0" locked="0" layoutInCell="1" allowOverlap="1" wp14:anchorId="45423D59" wp14:editId="19386AB5">
                <wp:simplePos x="0" y="0"/>
                <wp:positionH relativeFrom="margin">
                  <wp:posOffset>1092200</wp:posOffset>
                </wp:positionH>
                <wp:positionV relativeFrom="paragraph">
                  <wp:posOffset>48260</wp:posOffset>
                </wp:positionV>
                <wp:extent cx="4000500" cy="1367790"/>
                <wp:effectExtent l="0" t="0" r="0"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367790"/>
                        </a:xfrm>
                        <a:prstGeom prst="rect">
                          <a:avLst/>
                        </a:prstGeom>
                        <a:solidFill>
                          <a:srgbClr val="FFFFFF"/>
                        </a:solidFill>
                        <a:ln w="9525">
                          <a:noFill/>
                          <a:miter lim="800000"/>
                          <a:headEnd/>
                          <a:tailEnd/>
                        </a:ln>
                      </wps:spPr>
                      <wps:txbx>
                        <w:txbxContent>
                          <w:p w:rsidR="00B96F54" w:rsidRDefault="00B96F54" w:rsidP="00B96F54">
                            <w:pPr>
                              <w:jc w:val="center"/>
                              <w:rPr>
                                <w:rFonts w:ascii="Arial" w:hAnsi="Arial" w:cs="Arial"/>
                                <w:sz w:val="44"/>
                              </w:rPr>
                            </w:pPr>
                          </w:p>
                          <w:p w:rsidR="00B96F54" w:rsidRDefault="00B96F54" w:rsidP="00B96F54">
                            <w:pPr>
                              <w:jc w:val="center"/>
                              <w:rPr>
                                <w:rFonts w:ascii="Arial" w:hAnsi="Arial" w:cs="Arial"/>
                                <w:sz w:val="44"/>
                              </w:rPr>
                            </w:pPr>
                            <w:r>
                              <w:rPr>
                                <w:rFonts w:ascii="Arial" w:hAnsi="Arial" w:cs="Arial"/>
                                <w:sz w:val="44"/>
                              </w:rPr>
                              <w:t>Holy Family’s Child Friendly Anti-Bullying</w:t>
                            </w:r>
                            <w:r w:rsidRPr="00C967C6">
                              <w:rPr>
                                <w:rFonts w:ascii="Arial" w:hAnsi="Arial" w:cs="Arial"/>
                                <w:sz w:val="44"/>
                              </w:rPr>
                              <w:t xml:space="preserve"> </w:t>
                            </w:r>
                            <w:r>
                              <w:rPr>
                                <w:rFonts w:ascii="Arial" w:hAnsi="Arial" w:cs="Arial"/>
                                <w:sz w:val="44"/>
                              </w:rPr>
                              <w:t>P</w:t>
                            </w:r>
                            <w:r w:rsidRPr="00C967C6">
                              <w:rPr>
                                <w:rFonts w:ascii="Arial" w:hAnsi="Arial" w:cs="Arial"/>
                                <w:sz w:val="44"/>
                              </w:rPr>
                              <w:t>olicy</w:t>
                            </w:r>
                          </w:p>
                          <w:p w:rsidR="00B96F54" w:rsidRPr="00C967C6" w:rsidRDefault="00B96F54" w:rsidP="00B96F54">
                            <w:pPr>
                              <w:jc w:val="center"/>
                              <w:rPr>
                                <w:rFonts w:ascii="Arial" w:hAnsi="Arial" w:cs="Arial"/>
                                <w:sz w:val="44"/>
                              </w:rPr>
                            </w:pPr>
                          </w:p>
                          <w:p w:rsidR="00B96F54" w:rsidRPr="00C967C6" w:rsidRDefault="00B96F54" w:rsidP="00B96F54">
                            <w:pPr>
                              <w:jc w:val="center"/>
                              <w:rPr>
                                <w:rFonts w:ascii="Arial" w:hAnsi="Arial" w:cs="Arial"/>
                                <w:sz w:val="44"/>
                              </w:rPr>
                            </w:pPr>
                            <w:r w:rsidRPr="00C967C6">
                              <w:rPr>
                                <w:rFonts w:ascii="Arial" w:hAnsi="Arial" w:cs="Arial"/>
                                <w:sz w:val="44"/>
                              </w:rPr>
                              <w:t>2026-2027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23D59" id="_x0000_t202" coordsize="21600,21600" o:spt="202" path="m,l,21600r21600,l21600,xe">
                <v:stroke joinstyle="miter"/>
                <v:path gradientshapeok="t" o:connecttype="rect"/>
              </v:shapetype>
              <v:shape id="Text Box 2" o:spid="_x0000_s1030" type="#_x0000_t202" style="position:absolute;margin-left:86pt;margin-top:3.8pt;width:315pt;height:107.7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" stroked="f">
                <v:textbox>
                  <w:txbxContent>
                    <w:p w:rsidR="00B96F54" w:rsidRDefault="00B96F54" w:rsidP="00B96F54">
                      <w:pPr>
                        <w:jc w:val="center"/>
                        <w:rPr>
                          <w:rFonts w:ascii="Arial" w:hAnsi="Arial" w:cs="Arial"/>
                          <w:sz w:val="44"/>
                        </w:rPr>
                      </w:pPr>
                    </w:p>
                    <w:p w:rsidR="00B96F54" w:rsidRDefault="00B96F54" w:rsidP="00B96F54">
                      <w:pPr>
                        <w:jc w:val="center"/>
                        <w:rPr>
                          <w:rFonts w:ascii="Arial" w:hAnsi="Arial" w:cs="Arial"/>
                          <w:sz w:val="44"/>
                        </w:rPr>
                      </w:pPr>
                      <w:r>
                        <w:rPr>
                          <w:rFonts w:ascii="Arial" w:hAnsi="Arial" w:cs="Arial"/>
                          <w:sz w:val="44"/>
                        </w:rPr>
                        <w:t>Holy Family’s Child Friendly Anti-Bullying</w:t>
                      </w:r>
                      <w:r w:rsidRPr="00C967C6">
                        <w:rPr>
                          <w:rFonts w:ascii="Arial" w:hAnsi="Arial" w:cs="Arial"/>
                          <w:sz w:val="44"/>
                        </w:rPr>
                        <w:t xml:space="preserve"> </w:t>
                      </w:r>
                      <w:r>
                        <w:rPr>
                          <w:rFonts w:ascii="Arial" w:hAnsi="Arial" w:cs="Arial"/>
                          <w:sz w:val="44"/>
                        </w:rPr>
                        <w:t>P</w:t>
                      </w:r>
                      <w:r w:rsidRPr="00C967C6">
                        <w:rPr>
                          <w:rFonts w:ascii="Arial" w:hAnsi="Arial" w:cs="Arial"/>
                          <w:sz w:val="44"/>
                        </w:rPr>
                        <w:t>olicy</w:t>
                      </w:r>
                    </w:p>
                    <w:p w:rsidR="00B96F54" w:rsidRPr="00C967C6" w:rsidRDefault="00B96F54" w:rsidP="00B96F54">
                      <w:pPr>
                        <w:jc w:val="center"/>
                        <w:rPr>
                          <w:rFonts w:ascii="Arial" w:hAnsi="Arial" w:cs="Arial"/>
                          <w:sz w:val="44"/>
                        </w:rPr>
                      </w:pPr>
                    </w:p>
                    <w:p w:rsidR="00B96F54" w:rsidRPr="00C967C6" w:rsidRDefault="00B96F54" w:rsidP="00B96F54">
                      <w:pPr>
                        <w:jc w:val="center"/>
                        <w:rPr>
                          <w:rFonts w:ascii="Arial" w:hAnsi="Arial" w:cs="Arial"/>
                          <w:sz w:val="44"/>
                        </w:rPr>
                      </w:pPr>
                      <w:r w:rsidRPr="00C967C6">
                        <w:rPr>
                          <w:rFonts w:ascii="Arial" w:hAnsi="Arial" w:cs="Arial"/>
                          <w:sz w:val="44"/>
                        </w:rPr>
                        <w:t>2026-2027</w:t>
                      </w:r>
                    </w:p>
                  </w:txbxContent>
                </v:textbox>
                <w10:wrap anchorx="margin"/>
              </v:shape>
            </w:pict>
          </mc:Fallback>
        </mc:AlternateContent>
      </w:r>
    </w:p>
    <w:p w:rsidR="00B96F54" w:rsidRDefault="00B96F54">
      <w:pPr>
        <w:pStyle w:val="Heading1"/>
      </w:pPr>
    </w:p>
    <w:p w:rsidR="00B96F54" w:rsidRDefault="00B96F54">
      <w:pPr>
        <w:pStyle w:val="Heading1"/>
      </w:pPr>
    </w:p>
    <w:p w:rsidR="00B96F54" w:rsidRDefault="00B96F54"/>
    <w:p w:rsidR="00B96F54" w:rsidRDefault="00B96F54"/>
    <w:p w:rsidR="00B96F54" w:rsidRDefault="00B96F54" w:rsidP="00B96F54">
      <w:r>
        <w:rPr>
          <w:noProof/>
          <w:lang w:val="en-GB" w:eastAsia="en-GB"/>
        </w:rPr>
        <w:drawing>
          <wp:anchor distT="0" distB="0" distL="114300" distR="114300" simplePos="0" relativeHeight="251682816" behindDoc="0" locked="0" layoutInCell="1" allowOverlap="1" wp14:anchorId="69703B35">
            <wp:simplePos x="0" y="0"/>
            <wp:positionH relativeFrom="column">
              <wp:posOffset>4692650</wp:posOffset>
            </wp:positionH>
            <wp:positionV relativeFrom="paragraph">
              <wp:posOffset>8255</wp:posOffset>
            </wp:positionV>
            <wp:extent cx="1162050" cy="84013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62050" cy="840130"/>
                    </a:xfrm>
                    <a:prstGeom prst="rect">
                      <a:avLst/>
                    </a:prstGeom>
                  </pic:spPr>
                </pic:pic>
              </a:graphicData>
            </a:graphic>
          </wp:anchor>
        </w:drawing>
      </w:r>
      <w:r>
        <w:rPr>
          <w:noProof/>
          <w:lang w:val="en-GB" w:eastAsia="en-GB"/>
        </w:rPr>
        <w:drawing>
          <wp:anchor distT="0" distB="0" distL="114300" distR="114300" simplePos="0" relativeHeight="251675648" behindDoc="0" locked="0" layoutInCell="1" allowOverlap="1" wp14:anchorId="6008F675">
            <wp:simplePos x="0" y="0"/>
            <wp:positionH relativeFrom="column">
              <wp:posOffset>3187700</wp:posOffset>
            </wp:positionH>
            <wp:positionV relativeFrom="paragraph">
              <wp:posOffset>14605</wp:posOffset>
            </wp:positionV>
            <wp:extent cx="1200150" cy="82677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00150" cy="826770"/>
                    </a:xfrm>
                    <a:prstGeom prst="rect">
                      <a:avLst/>
                    </a:prstGeom>
                  </pic:spPr>
                </pic:pic>
              </a:graphicData>
            </a:graphic>
          </wp:anchor>
        </w:drawing>
      </w:r>
      <w:r>
        <w:rPr>
          <w:noProof/>
          <w:lang w:val="en-GB" w:eastAsia="en-GB"/>
        </w:rPr>
        <w:drawing>
          <wp:anchor distT="0" distB="0" distL="114300" distR="114300" simplePos="0" relativeHeight="251664384" behindDoc="0" locked="0" layoutInCell="1" allowOverlap="1" wp14:anchorId="493CF688">
            <wp:simplePos x="0" y="0"/>
            <wp:positionH relativeFrom="column">
              <wp:posOffset>1625600</wp:posOffset>
            </wp:positionH>
            <wp:positionV relativeFrom="paragraph">
              <wp:posOffset>5080</wp:posOffset>
            </wp:positionV>
            <wp:extent cx="1228725" cy="815975"/>
            <wp:effectExtent l="0" t="0" r="9525" b="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28725" cy="815975"/>
                    </a:xfrm>
                    <a:prstGeom prst="rect">
                      <a:avLst/>
                    </a:prstGeom>
                  </pic:spPr>
                </pic:pic>
              </a:graphicData>
            </a:graphic>
          </wp:anchor>
        </w:drawing>
      </w:r>
      <w:r>
        <w:rPr>
          <w:noProof/>
          <w:lang w:val="en-GB" w:eastAsia="en-GB"/>
        </w:rPr>
        <w:drawing>
          <wp:inline distT="0" distB="0" distL="0" distR="0" wp14:anchorId="6E8460EB" wp14:editId="67870118">
            <wp:extent cx="1192938" cy="81915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99823" cy="823878"/>
                    </a:xfrm>
                    <a:prstGeom prst="rect">
                      <a:avLst/>
                    </a:prstGeom>
                  </pic:spPr>
                </pic:pic>
              </a:graphicData>
            </a:graphic>
          </wp:inline>
        </w:drawing>
      </w:r>
    </w:p>
    <w:p w:rsidR="00B96F54" w:rsidRPr="00324B8D" w:rsidRDefault="00B96F54" w:rsidP="001923CE">
      <w:pPr>
        <w:jc w:val="center"/>
        <w:rPr>
          <w:rFonts w:ascii="Comic Sans MS" w:hAnsi="Comic Sans MS" w:cs="Arial"/>
        </w:rPr>
      </w:pPr>
      <w:r w:rsidRPr="00324B8D">
        <w:rPr>
          <w:rFonts w:ascii="Comic Sans MS" w:hAnsi="Comic Sans MS" w:cs="Arial"/>
        </w:rPr>
        <w:lastRenderedPageBreak/>
        <w:t xml:space="preserve">Holy Family is truly a special place where we are more than a school - we are a family. As a Catholic school we place Christ at the </w:t>
      </w:r>
      <w:proofErr w:type="spellStart"/>
      <w:r w:rsidRPr="00324B8D">
        <w:rPr>
          <w:rFonts w:ascii="Comic Sans MS" w:hAnsi="Comic Sans MS" w:cs="Arial"/>
        </w:rPr>
        <w:t>centre</w:t>
      </w:r>
      <w:proofErr w:type="spellEnd"/>
      <w:r w:rsidRPr="00324B8D">
        <w:rPr>
          <w:rFonts w:ascii="Comic Sans MS" w:hAnsi="Comic Sans MS" w:cs="Arial"/>
        </w:rPr>
        <w:t xml:space="preserve"> of all that we do; encouraging children to be the best they can be as they walk in the footsteps of Jesus. This is demonstrated daily with our Mission Statement and Values ensuring that Holy Family is a vibrant and happy place to learn and grow.</w:t>
      </w:r>
    </w:p>
    <w:p w:rsidR="001923CE" w:rsidRPr="00324B8D" w:rsidRDefault="001923CE" w:rsidP="001923CE">
      <w:pPr>
        <w:jc w:val="center"/>
        <w:rPr>
          <w:rFonts w:ascii="Comic Sans MS" w:hAnsi="Comic Sans MS" w:cs="Arial"/>
        </w:rPr>
      </w:pPr>
    </w:p>
    <w:p w:rsidR="001923CE" w:rsidRPr="00324B8D" w:rsidRDefault="001923CE" w:rsidP="001923CE">
      <w:pPr>
        <w:jc w:val="center"/>
        <w:rPr>
          <w:rFonts w:ascii="Comic Sans MS" w:hAnsi="Comic Sans MS" w:cs="Arial"/>
        </w:rPr>
      </w:pPr>
      <w:r w:rsidRPr="00324B8D">
        <w:rPr>
          <w:rFonts w:ascii="Comic Sans MS" w:hAnsi="Comic Sans MS" w:cs="Arial"/>
        </w:rPr>
        <w:t>What is bullying?</w:t>
      </w:r>
    </w:p>
    <w:p w:rsidR="001923CE" w:rsidRPr="00324B8D" w:rsidRDefault="001923CE" w:rsidP="001923CE">
      <w:pPr>
        <w:jc w:val="center"/>
        <w:rPr>
          <w:rFonts w:ascii="Comic Sans MS" w:hAnsi="Comic Sans MS" w:cs="Arial"/>
        </w:rPr>
      </w:pPr>
      <w:r w:rsidRPr="00324B8D">
        <w:rPr>
          <w:rFonts w:ascii="Comic Sans MS" w:hAnsi="Comic Sans MS" w:cs="Arial"/>
        </w:rPr>
        <w:t>There are different types of bullying. If other people are making you feel sad over and over again, either through their words or actions this could be classed as bullying.</w:t>
      </w:r>
    </w:p>
    <w:p w:rsidR="00B96F54" w:rsidRDefault="00B96F54" w:rsidP="00B96F54">
      <w:pPr>
        <w:pStyle w:val="Heading2"/>
      </w:pPr>
    </w:p>
    <w:p w:rsidR="001923CE" w:rsidRDefault="001923CE" w:rsidP="001923CE">
      <w:pPr>
        <w:pStyle w:val="Heading2"/>
        <w:jc w:val="center"/>
        <w:rPr>
          <w:rFonts w:ascii="Arial" w:hAnsi="Arial" w:cs="Arial"/>
          <w:color w:val="984806" w:themeColor="accent6" w:themeShade="80"/>
          <w:sz w:val="22"/>
          <w:szCs w:val="22"/>
          <w:u w:val="single"/>
        </w:rPr>
      </w:pPr>
    </w:p>
    <w:p w:rsidR="001923CE" w:rsidRPr="00D62C27" w:rsidRDefault="001A1B9B" w:rsidP="00D62C27">
      <w:pPr>
        <w:pStyle w:val="Heading2"/>
        <w:jc w:val="center"/>
        <w:rPr>
          <w:rFonts w:ascii="Comic Sans MS" w:hAnsi="Comic Sans MS" w:cs="Arial"/>
          <w:color w:val="984806" w:themeColor="accent6" w:themeShade="80"/>
          <w:sz w:val="22"/>
          <w:szCs w:val="22"/>
          <w:u w:val="single"/>
        </w:rPr>
      </w:pPr>
      <w:r w:rsidRPr="00324B8D">
        <w:rPr>
          <w:rFonts w:ascii="Comic Sans MS" w:hAnsi="Comic Sans MS" w:cs="Arial"/>
          <w:color w:val="984806" w:themeColor="accent6" w:themeShade="80"/>
          <w:sz w:val="22"/>
          <w:szCs w:val="22"/>
          <w:u w:val="single"/>
        </w:rPr>
        <w:t>Types of Bullying</w:t>
      </w:r>
    </w:p>
    <w:p w:rsidR="001923CE" w:rsidRPr="001923CE" w:rsidRDefault="001923CE" w:rsidP="001923CE"/>
    <w:tbl>
      <w:tblPr>
        <w:tblW w:w="0" w:type="auto"/>
        <w:tblLook w:val="04A0" w:firstRow="1" w:lastRow="0" w:firstColumn="1" w:lastColumn="0" w:noHBand="0" w:noVBand="1"/>
      </w:tblPr>
      <w:tblGrid>
        <w:gridCol w:w="8443"/>
        <w:gridCol w:w="413"/>
      </w:tblGrid>
      <w:tr w:rsidR="00606DC3" w:rsidRPr="00FB3D0C" w:rsidTr="00324B8D">
        <w:trPr>
          <w:trHeight w:val="2269"/>
        </w:trPr>
        <w:tc>
          <w:tcPr>
            <w:tcW w:w="8443" w:type="dxa"/>
          </w:tcPr>
          <w:tbl>
            <w:tblPr>
              <w:tblStyle w:val="TableGrid"/>
              <w:tblpPr w:leftFromText="180" w:rightFromText="180" w:vertAnchor="text" w:horzAnchor="margin" w:tblpXSpec="center" w:tblpY="413"/>
              <w:tblOverlap w:val="never"/>
              <w:tblW w:w="7345" w:type="dxa"/>
              <w:tblLook w:val="04A0" w:firstRow="1" w:lastRow="0" w:firstColumn="1" w:lastColumn="0" w:noHBand="0" w:noVBand="1"/>
            </w:tblPr>
            <w:tblGrid>
              <w:gridCol w:w="2038"/>
              <w:gridCol w:w="5307"/>
            </w:tblGrid>
            <w:tr w:rsidR="001923CE" w:rsidRPr="00324B8D" w:rsidTr="001923CE">
              <w:trPr>
                <w:trHeight w:val="884"/>
              </w:trPr>
              <w:tc>
                <w:tcPr>
                  <w:tcW w:w="2038" w:type="dxa"/>
                </w:tcPr>
                <w:p w:rsidR="001923CE" w:rsidRPr="00324B8D" w:rsidRDefault="001923CE" w:rsidP="00FB3D0C">
                  <w:pPr>
                    <w:jc w:val="center"/>
                    <w:rPr>
                      <w:rFonts w:ascii="Comic Sans MS" w:hAnsi="Comic Sans MS" w:cs="Arial"/>
                    </w:rPr>
                  </w:pPr>
                  <w:r w:rsidRPr="00324B8D">
                    <w:rPr>
                      <w:rFonts w:ascii="Comic Sans MS" w:hAnsi="Comic Sans MS" w:cs="Arial"/>
                    </w:rPr>
                    <w:t>Physical Bullying</w:t>
                  </w:r>
                </w:p>
                <w:p w:rsidR="001923CE" w:rsidRPr="00324B8D" w:rsidRDefault="001923CE" w:rsidP="00FB3D0C">
                  <w:pPr>
                    <w:jc w:val="center"/>
                    <w:rPr>
                      <w:rFonts w:ascii="Comic Sans MS" w:hAnsi="Comic Sans MS" w:cs="Arial"/>
                    </w:rPr>
                  </w:pPr>
                </w:p>
                <w:p w:rsidR="001923CE" w:rsidRPr="00324B8D" w:rsidRDefault="001923CE" w:rsidP="00FB3D0C">
                  <w:pPr>
                    <w:jc w:val="center"/>
                    <w:rPr>
                      <w:rFonts w:ascii="Comic Sans MS" w:hAnsi="Comic Sans MS" w:cs="Arial"/>
                    </w:rPr>
                  </w:pPr>
                </w:p>
                <w:p w:rsidR="001923CE" w:rsidRPr="00324B8D" w:rsidRDefault="001923CE" w:rsidP="00FB3D0C">
                  <w:pPr>
                    <w:jc w:val="center"/>
                    <w:rPr>
                      <w:rFonts w:ascii="Comic Sans MS" w:hAnsi="Comic Sans MS" w:cs="Arial"/>
                    </w:rPr>
                  </w:pPr>
                </w:p>
              </w:tc>
              <w:tc>
                <w:tcPr>
                  <w:tcW w:w="5307" w:type="dxa"/>
                </w:tcPr>
                <w:p w:rsidR="001923CE" w:rsidRPr="00324B8D" w:rsidRDefault="001923CE" w:rsidP="00FB3D0C">
                  <w:pPr>
                    <w:jc w:val="center"/>
                    <w:rPr>
                      <w:rFonts w:ascii="Comic Sans MS" w:hAnsi="Comic Sans MS" w:cs="Arial"/>
                    </w:rPr>
                  </w:pPr>
                  <w:r w:rsidRPr="00324B8D">
                    <w:rPr>
                      <w:rFonts w:ascii="Comic Sans MS" w:hAnsi="Comic Sans MS" w:cs="Arial"/>
                    </w:rPr>
                    <w:t>Punching, kicking, hitting, scratching, spitting, biting, pushing, hair pulling, pinching, slapping, taking belongings.</w:t>
                  </w:r>
                </w:p>
                <w:p w:rsidR="001923CE" w:rsidRPr="00324B8D" w:rsidRDefault="001923CE" w:rsidP="00FB3D0C">
                  <w:pPr>
                    <w:jc w:val="center"/>
                    <w:rPr>
                      <w:rFonts w:ascii="Comic Sans MS" w:hAnsi="Comic Sans MS" w:cs="Arial"/>
                    </w:rPr>
                  </w:pPr>
                </w:p>
              </w:tc>
            </w:tr>
            <w:tr w:rsidR="001923CE" w:rsidRPr="00324B8D" w:rsidTr="001923CE">
              <w:trPr>
                <w:trHeight w:val="665"/>
              </w:trPr>
              <w:tc>
                <w:tcPr>
                  <w:tcW w:w="2038" w:type="dxa"/>
                </w:tcPr>
                <w:p w:rsidR="001923CE" w:rsidRPr="00324B8D" w:rsidRDefault="001923CE" w:rsidP="00FB3D0C">
                  <w:pPr>
                    <w:jc w:val="center"/>
                    <w:rPr>
                      <w:rFonts w:ascii="Comic Sans MS" w:hAnsi="Comic Sans MS" w:cs="Arial"/>
                    </w:rPr>
                  </w:pPr>
                  <w:r w:rsidRPr="00324B8D">
                    <w:rPr>
                      <w:rFonts w:ascii="Comic Sans MS" w:hAnsi="Comic Sans MS" w:cs="Arial"/>
                    </w:rPr>
                    <w:t>Verbal Bullying</w:t>
                  </w:r>
                </w:p>
                <w:p w:rsidR="001923CE" w:rsidRPr="00324B8D" w:rsidRDefault="001923CE" w:rsidP="00FB3D0C">
                  <w:pPr>
                    <w:jc w:val="center"/>
                    <w:rPr>
                      <w:rFonts w:ascii="Comic Sans MS" w:hAnsi="Comic Sans MS" w:cs="Arial"/>
                    </w:rPr>
                  </w:pPr>
                </w:p>
              </w:tc>
              <w:tc>
                <w:tcPr>
                  <w:tcW w:w="5307" w:type="dxa"/>
                </w:tcPr>
                <w:p w:rsidR="001923CE" w:rsidRPr="00324B8D" w:rsidRDefault="001923CE" w:rsidP="00FB3D0C">
                  <w:pPr>
                    <w:jc w:val="center"/>
                    <w:rPr>
                      <w:rFonts w:ascii="Comic Sans MS" w:hAnsi="Comic Sans MS" w:cs="Arial"/>
                    </w:rPr>
                  </w:pPr>
                  <w:r w:rsidRPr="00324B8D">
                    <w:rPr>
                      <w:rFonts w:ascii="Comic Sans MS" w:hAnsi="Comic Sans MS" w:cs="Arial"/>
                    </w:rPr>
                    <w:t>Being teased, name calling, mocking, offensive comments, insults, threats, telling lies about you.</w:t>
                  </w:r>
                </w:p>
                <w:p w:rsidR="001923CE" w:rsidRPr="00324B8D" w:rsidRDefault="001923CE" w:rsidP="00FB3D0C">
                  <w:pPr>
                    <w:jc w:val="center"/>
                    <w:rPr>
                      <w:rFonts w:ascii="Comic Sans MS" w:hAnsi="Comic Sans MS" w:cs="Arial"/>
                    </w:rPr>
                  </w:pPr>
                </w:p>
              </w:tc>
            </w:tr>
            <w:tr w:rsidR="001923CE" w:rsidRPr="00324B8D" w:rsidTr="001923CE">
              <w:trPr>
                <w:trHeight w:val="446"/>
              </w:trPr>
              <w:tc>
                <w:tcPr>
                  <w:tcW w:w="2038" w:type="dxa"/>
                </w:tcPr>
                <w:p w:rsidR="001923CE" w:rsidRPr="00324B8D" w:rsidRDefault="001923CE" w:rsidP="00FB3D0C">
                  <w:pPr>
                    <w:jc w:val="center"/>
                    <w:rPr>
                      <w:rFonts w:ascii="Comic Sans MS" w:hAnsi="Comic Sans MS" w:cs="Arial"/>
                    </w:rPr>
                  </w:pPr>
                  <w:r w:rsidRPr="00324B8D">
                    <w:rPr>
                      <w:rFonts w:ascii="Comic Sans MS" w:hAnsi="Comic Sans MS" w:cs="Arial"/>
                    </w:rPr>
                    <w:t>Emotional Bullying</w:t>
                  </w:r>
                </w:p>
                <w:p w:rsidR="001923CE" w:rsidRPr="00324B8D" w:rsidRDefault="001923CE" w:rsidP="00FB3D0C">
                  <w:pPr>
                    <w:jc w:val="center"/>
                    <w:rPr>
                      <w:rFonts w:ascii="Comic Sans MS" w:hAnsi="Comic Sans MS" w:cs="Arial"/>
                    </w:rPr>
                  </w:pPr>
                </w:p>
              </w:tc>
              <w:tc>
                <w:tcPr>
                  <w:tcW w:w="5307" w:type="dxa"/>
                </w:tcPr>
                <w:p w:rsidR="001923CE" w:rsidRPr="00324B8D" w:rsidRDefault="001923CE" w:rsidP="00FB3D0C">
                  <w:pPr>
                    <w:jc w:val="center"/>
                    <w:rPr>
                      <w:rFonts w:ascii="Comic Sans MS" w:hAnsi="Comic Sans MS" w:cs="Arial"/>
                    </w:rPr>
                  </w:pPr>
                  <w:r w:rsidRPr="00324B8D">
                    <w:rPr>
                      <w:rFonts w:ascii="Comic Sans MS" w:hAnsi="Comic Sans MS" w:cs="Arial"/>
                    </w:rPr>
                    <w:t>Hurting feelings, being left out, pulling faces.</w:t>
                  </w:r>
                </w:p>
                <w:p w:rsidR="001923CE" w:rsidRPr="00324B8D" w:rsidRDefault="001923CE" w:rsidP="00FB3D0C">
                  <w:pPr>
                    <w:jc w:val="center"/>
                    <w:rPr>
                      <w:rFonts w:ascii="Comic Sans MS" w:hAnsi="Comic Sans MS" w:cs="Arial"/>
                    </w:rPr>
                  </w:pPr>
                </w:p>
              </w:tc>
            </w:tr>
            <w:tr w:rsidR="001923CE" w:rsidRPr="00324B8D" w:rsidTr="001923CE">
              <w:trPr>
                <w:trHeight w:val="1322"/>
              </w:trPr>
              <w:tc>
                <w:tcPr>
                  <w:tcW w:w="2038" w:type="dxa"/>
                </w:tcPr>
                <w:p w:rsidR="001923CE" w:rsidRPr="00324B8D" w:rsidRDefault="001923CE" w:rsidP="00FB3D0C">
                  <w:pPr>
                    <w:jc w:val="center"/>
                    <w:rPr>
                      <w:rFonts w:ascii="Comic Sans MS" w:hAnsi="Comic Sans MS" w:cs="Arial"/>
                    </w:rPr>
                  </w:pPr>
                  <w:r w:rsidRPr="00324B8D">
                    <w:rPr>
                      <w:rFonts w:ascii="Comic Sans MS" w:hAnsi="Comic Sans MS" w:cs="Arial"/>
                    </w:rPr>
                    <w:t>Cyber Bullying</w:t>
                  </w:r>
                </w:p>
                <w:p w:rsidR="001923CE" w:rsidRPr="00324B8D" w:rsidRDefault="001923CE" w:rsidP="00FB3D0C">
                  <w:pPr>
                    <w:jc w:val="center"/>
                    <w:rPr>
                      <w:rFonts w:ascii="Comic Sans MS" w:hAnsi="Comic Sans MS" w:cs="Arial"/>
                    </w:rPr>
                  </w:pPr>
                </w:p>
              </w:tc>
              <w:tc>
                <w:tcPr>
                  <w:tcW w:w="5307" w:type="dxa"/>
                </w:tcPr>
                <w:p w:rsidR="001923CE" w:rsidRPr="00324B8D" w:rsidRDefault="001923CE" w:rsidP="00FB3D0C">
                  <w:pPr>
                    <w:jc w:val="center"/>
                    <w:rPr>
                      <w:rFonts w:ascii="Comic Sans MS" w:hAnsi="Comic Sans MS" w:cs="Arial"/>
                    </w:rPr>
                  </w:pPr>
                  <w:r w:rsidRPr="00324B8D">
                    <w:rPr>
                      <w:rFonts w:ascii="Comic Sans MS" w:hAnsi="Comic Sans MS" w:cs="Arial"/>
                    </w:rPr>
                    <w:t>Unkind words by using texting and phone calls, online social media and email, hurtful videos, sending people things without permission, hacking into other people’s accounts, posting things without people’s permission.</w:t>
                  </w:r>
                </w:p>
                <w:p w:rsidR="001923CE" w:rsidRPr="00324B8D" w:rsidRDefault="001923CE" w:rsidP="00FB3D0C">
                  <w:pPr>
                    <w:jc w:val="center"/>
                    <w:rPr>
                      <w:rFonts w:ascii="Comic Sans MS" w:hAnsi="Comic Sans MS" w:cs="Arial"/>
                    </w:rPr>
                  </w:pPr>
                </w:p>
              </w:tc>
            </w:tr>
            <w:tr w:rsidR="001923CE" w:rsidRPr="00324B8D" w:rsidTr="001923CE">
              <w:trPr>
                <w:trHeight w:val="446"/>
              </w:trPr>
              <w:tc>
                <w:tcPr>
                  <w:tcW w:w="2038" w:type="dxa"/>
                </w:tcPr>
                <w:p w:rsidR="001923CE" w:rsidRPr="00324B8D" w:rsidRDefault="001923CE" w:rsidP="00FB3D0C">
                  <w:pPr>
                    <w:jc w:val="center"/>
                    <w:rPr>
                      <w:rFonts w:ascii="Comic Sans MS" w:hAnsi="Comic Sans MS" w:cs="Arial"/>
                    </w:rPr>
                  </w:pPr>
                  <w:r w:rsidRPr="00324B8D">
                    <w:rPr>
                      <w:rFonts w:ascii="Comic Sans MS" w:hAnsi="Comic Sans MS" w:cs="Arial"/>
                    </w:rPr>
                    <w:t>Written Bullying</w:t>
                  </w:r>
                </w:p>
                <w:p w:rsidR="001923CE" w:rsidRPr="00324B8D" w:rsidRDefault="001923CE" w:rsidP="00FB3D0C">
                  <w:pPr>
                    <w:jc w:val="center"/>
                    <w:rPr>
                      <w:rFonts w:ascii="Comic Sans MS" w:hAnsi="Comic Sans MS" w:cs="Arial"/>
                    </w:rPr>
                  </w:pPr>
                </w:p>
              </w:tc>
              <w:tc>
                <w:tcPr>
                  <w:tcW w:w="5307" w:type="dxa"/>
                </w:tcPr>
                <w:p w:rsidR="001923CE" w:rsidRPr="00324B8D" w:rsidRDefault="001923CE" w:rsidP="00FB3D0C">
                  <w:pPr>
                    <w:jc w:val="center"/>
                    <w:rPr>
                      <w:rFonts w:ascii="Comic Sans MS" w:hAnsi="Comic Sans MS" w:cs="Arial"/>
                    </w:rPr>
                  </w:pPr>
                  <w:r w:rsidRPr="00324B8D">
                    <w:rPr>
                      <w:rFonts w:ascii="Comic Sans MS" w:hAnsi="Comic Sans MS" w:cs="Arial"/>
                    </w:rPr>
                    <w:t>Hurtful letters/notes, graffiti.</w:t>
                  </w:r>
                </w:p>
              </w:tc>
            </w:tr>
          </w:tbl>
          <w:p w:rsidR="001923CE" w:rsidRPr="00324B8D" w:rsidRDefault="001923CE" w:rsidP="00FB3D0C">
            <w:pPr>
              <w:jc w:val="center"/>
              <w:rPr>
                <w:rFonts w:ascii="Comic Sans MS" w:hAnsi="Comic Sans MS" w:cs="Arial"/>
                <w:sz w:val="28"/>
                <w:szCs w:val="28"/>
              </w:rPr>
            </w:pPr>
          </w:p>
          <w:p w:rsidR="001923CE" w:rsidRPr="00324B8D" w:rsidRDefault="001923CE" w:rsidP="00FB3D0C">
            <w:pPr>
              <w:jc w:val="center"/>
              <w:rPr>
                <w:rFonts w:ascii="Comic Sans MS" w:hAnsi="Comic Sans MS" w:cs="Arial"/>
                <w:b/>
                <w:color w:val="984806" w:themeColor="accent6" w:themeShade="80"/>
                <w:sz w:val="28"/>
                <w:szCs w:val="28"/>
                <w:u w:val="single"/>
              </w:rPr>
            </w:pPr>
            <w:r w:rsidRPr="00324B8D">
              <w:rPr>
                <w:rFonts w:ascii="Comic Sans MS" w:hAnsi="Comic Sans MS" w:cs="Arial"/>
                <w:b/>
                <w:color w:val="984806" w:themeColor="accent6" w:themeShade="80"/>
                <w:sz w:val="28"/>
                <w:szCs w:val="28"/>
                <w:u w:val="single"/>
              </w:rPr>
              <w:lastRenderedPageBreak/>
              <w:t>What should you do if you think you are being bullied?</w:t>
            </w:r>
          </w:p>
          <w:p w:rsidR="001923CE" w:rsidRPr="00324B8D" w:rsidRDefault="001923CE" w:rsidP="00FB3D0C">
            <w:pPr>
              <w:jc w:val="center"/>
              <w:rPr>
                <w:rFonts w:ascii="Comic Sans MS" w:hAnsi="Comic Sans MS" w:cs="Arial"/>
                <w:b/>
                <w:color w:val="984806" w:themeColor="accent6" w:themeShade="80"/>
                <w:sz w:val="28"/>
                <w:szCs w:val="28"/>
                <w:u w:val="single"/>
              </w:rPr>
            </w:pPr>
          </w:p>
          <w:p w:rsidR="001923CE" w:rsidRPr="00324B8D" w:rsidRDefault="00324B8D" w:rsidP="00FB3D0C">
            <w:pPr>
              <w:jc w:val="center"/>
              <w:rPr>
                <w:rFonts w:ascii="Comic Sans MS" w:hAnsi="Comic Sans MS" w:cs="Arial"/>
                <w:b/>
                <w:color w:val="984806" w:themeColor="accent6" w:themeShade="80"/>
                <w:sz w:val="28"/>
                <w:szCs w:val="28"/>
              </w:rPr>
            </w:pPr>
            <w:r w:rsidRPr="00324B8D">
              <w:rPr>
                <w:rFonts w:ascii="Comic Sans MS" w:hAnsi="Comic Sans MS" w:cs="Arial"/>
                <w:b/>
                <w:noProof/>
                <w:color w:val="984806" w:themeColor="accent6" w:themeShade="80"/>
                <w:sz w:val="28"/>
                <w:szCs w:val="28"/>
              </w:rPr>
              <w:drawing>
                <wp:inline distT="0" distB="0" distL="0" distR="0" wp14:anchorId="539D8141" wp14:editId="5C74702E">
                  <wp:extent cx="1581150" cy="1581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inline>
              </w:drawing>
            </w:r>
          </w:p>
          <w:p w:rsidR="001923CE" w:rsidRPr="00324B8D" w:rsidRDefault="001923CE" w:rsidP="00FB3D0C">
            <w:pPr>
              <w:jc w:val="center"/>
              <w:rPr>
                <w:rFonts w:ascii="Comic Sans MS" w:hAnsi="Comic Sans MS" w:cs="Arial"/>
                <w:b/>
                <w:color w:val="984806" w:themeColor="accent6" w:themeShade="80"/>
                <w:sz w:val="28"/>
                <w:szCs w:val="28"/>
              </w:rPr>
            </w:pPr>
          </w:p>
          <w:tbl>
            <w:tblPr>
              <w:tblStyle w:val="TableGrid"/>
              <w:tblW w:w="7340" w:type="dxa"/>
              <w:tblInd w:w="877" w:type="dxa"/>
              <w:tblLook w:val="04A0" w:firstRow="1" w:lastRow="0" w:firstColumn="1" w:lastColumn="0" w:noHBand="0" w:noVBand="1"/>
            </w:tblPr>
            <w:tblGrid>
              <w:gridCol w:w="3670"/>
              <w:gridCol w:w="3670"/>
            </w:tblGrid>
            <w:tr w:rsidR="001923CE" w:rsidRPr="00324B8D" w:rsidTr="00FB3D0C">
              <w:tc>
                <w:tcPr>
                  <w:tcW w:w="3670" w:type="dxa"/>
                </w:tcPr>
                <w:p w:rsidR="001923CE" w:rsidRPr="00324B8D" w:rsidRDefault="00FB3D0C" w:rsidP="00324B8D">
                  <w:pPr>
                    <w:rPr>
                      <w:rFonts w:ascii="Comic Sans MS" w:hAnsi="Comic Sans MS" w:cs="Arial"/>
                      <w:b/>
                      <w:color w:val="00B050"/>
                      <w:sz w:val="28"/>
                      <w:szCs w:val="28"/>
                    </w:rPr>
                  </w:pPr>
                  <w:bookmarkStart w:id="0" w:name="_Hlk232542504"/>
                  <w:r w:rsidRPr="00324B8D">
                    <w:rPr>
                      <w:rFonts w:ascii="Comic Sans MS" w:hAnsi="Comic Sans MS" w:cs="Arial"/>
                      <w:b/>
                      <w:color w:val="00B050"/>
                      <w:sz w:val="28"/>
                      <w:szCs w:val="28"/>
                    </w:rPr>
                    <w:t>Do</w:t>
                  </w:r>
                </w:p>
              </w:tc>
              <w:tc>
                <w:tcPr>
                  <w:tcW w:w="3670" w:type="dxa"/>
                </w:tcPr>
                <w:p w:rsidR="001923CE"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Don’t</w:t>
                  </w:r>
                </w:p>
              </w:tc>
            </w:tr>
            <w:tr w:rsidR="001923CE" w:rsidRPr="00324B8D" w:rsidTr="00FB3D0C">
              <w:tc>
                <w:tcPr>
                  <w:tcW w:w="3670" w:type="dxa"/>
                </w:tcPr>
                <w:p w:rsidR="001923CE"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Ask them to stop</w:t>
                  </w:r>
                </w:p>
              </w:tc>
              <w:tc>
                <w:tcPr>
                  <w:tcW w:w="3670" w:type="dxa"/>
                </w:tcPr>
                <w:p w:rsidR="001923CE"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Do what they say</w:t>
                  </w:r>
                </w:p>
              </w:tc>
            </w:tr>
            <w:tr w:rsidR="001923CE" w:rsidRPr="00324B8D" w:rsidTr="00FB3D0C">
              <w:tc>
                <w:tcPr>
                  <w:tcW w:w="3670" w:type="dxa"/>
                </w:tcPr>
                <w:p w:rsidR="001923CE"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Walk away</w:t>
                  </w:r>
                </w:p>
              </w:tc>
              <w:tc>
                <w:tcPr>
                  <w:tcW w:w="3670" w:type="dxa"/>
                </w:tcPr>
                <w:p w:rsidR="001923CE"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Get angry</w:t>
                  </w:r>
                </w:p>
              </w:tc>
            </w:tr>
            <w:tr w:rsidR="001923CE" w:rsidRPr="00324B8D" w:rsidTr="00FB3D0C">
              <w:tc>
                <w:tcPr>
                  <w:tcW w:w="3670" w:type="dxa"/>
                </w:tcPr>
                <w:p w:rsidR="001923CE"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BE BRAVE</w:t>
                  </w:r>
                </w:p>
              </w:tc>
              <w:tc>
                <w:tcPr>
                  <w:tcW w:w="3670" w:type="dxa"/>
                </w:tcPr>
                <w:p w:rsidR="001923CE"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Be unkind back</w:t>
                  </w:r>
                </w:p>
              </w:tc>
            </w:tr>
            <w:tr w:rsidR="001923CE" w:rsidRPr="00324B8D" w:rsidTr="00FB3D0C">
              <w:tc>
                <w:tcPr>
                  <w:tcW w:w="3670" w:type="dxa"/>
                </w:tcPr>
                <w:p w:rsidR="001923CE"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Get help</w:t>
                  </w:r>
                </w:p>
              </w:tc>
              <w:tc>
                <w:tcPr>
                  <w:tcW w:w="3670" w:type="dxa"/>
                </w:tcPr>
                <w:p w:rsidR="001923CE"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Hide</w:t>
                  </w:r>
                </w:p>
              </w:tc>
            </w:tr>
            <w:tr w:rsidR="001923CE" w:rsidRPr="00324B8D" w:rsidTr="00FB3D0C">
              <w:tc>
                <w:tcPr>
                  <w:tcW w:w="3670" w:type="dxa"/>
                </w:tcPr>
                <w:p w:rsidR="001923CE"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 xml:space="preserve">Go to Pastoral drop in </w:t>
                  </w:r>
                </w:p>
              </w:tc>
              <w:tc>
                <w:tcPr>
                  <w:tcW w:w="3670" w:type="dxa"/>
                </w:tcPr>
                <w:p w:rsidR="001923CE"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Think it’s your fault</w:t>
                  </w:r>
                </w:p>
              </w:tc>
            </w:tr>
            <w:tr w:rsidR="00FB3D0C" w:rsidRPr="00324B8D" w:rsidTr="00FB3D0C">
              <w:tc>
                <w:tcPr>
                  <w:tcW w:w="3670" w:type="dxa"/>
                </w:tcPr>
                <w:p w:rsidR="00FB3D0C"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Talk to a friend you TRUST</w:t>
                  </w:r>
                </w:p>
              </w:tc>
              <w:tc>
                <w:tcPr>
                  <w:tcW w:w="3670" w:type="dxa"/>
                </w:tcPr>
                <w:p w:rsidR="00FB3D0C"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Stay quiet</w:t>
                  </w:r>
                </w:p>
                <w:p w:rsidR="00FB3D0C"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Talk to an adult you TRUST</w:t>
                  </w:r>
                </w:p>
              </w:tc>
            </w:tr>
            <w:tr w:rsidR="00FB3D0C" w:rsidRPr="00324B8D" w:rsidTr="00FB3D0C">
              <w:tc>
                <w:tcPr>
                  <w:tcW w:w="3670" w:type="dxa"/>
                </w:tcPr>
                <w:p w:rsidR="00FB3D0C"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Talk to an adult you TRUST</w:t>
                  </w:r>
                  <w:r w:rsidR="00B42888">
                    <w:rPr>
                      <w:rFonts w:ascii="Comic Sans MS" w:hAnsi="Comic Sans MS" w:cs="Arial"/>
                      <w:b/>
                      <w:color w:val="00B050"/>
                      <w:sz w:val="28"/>
                      <w:szCs w:val="28"/>
                    </w:rPr>
                    <w:t xml:space="preserve"> for example parents, guardians, TA’s and teachers</w:t>
                  </w:r>
                </w:p>
              </w:tc>
              <w:tc>
                <w:tcPr>
                  <w:tcW w:w="3670" w:type="dxa"/>
                </w:tcPr>
                <w:p w:rsidR="00FB3D0C" w:rsidRPr="00324B8D" w:rsidRDefault="00FB3D0C" w:rsidP="00324B8D">
                  <w:pPr>
                    <w:rPr>
                      <w:rFonts w:ascii="Comic Sans MS" w:hAnsi="Comic Sans MS" w:cs="Arial"/>
                      <w:b/>
                      <w:color w:val="FF0000"/>
                      <w:sz w:val="28"/>
                      <w:szCs w:val="28"/>
                    </w:rPr>
                  </w:pPr>
                  <w:r w:rsidRPr="00324B8D">
                    <w:rPr>
                      <w:rFonts w:ascii="Comic Sans MS" w:hAnsi="Comic Sans MS" w:cs="Arial"/>
                      <w:b/>
                      <w:color w:val="FF0000"/>
                      <w:sz w:val="28"/>
                      <w:szCs w:val="28"/>
                    </w:rPr>
                    <w:t>Shout back at them</w:t>
                  </w:r>
                </w:p>
              </w:tc>
            </w:tr>
            <w:tr w:rsidR="00FB3D0C" w:rsidRPr="00324B8D" w:rsidTr="00FB3D0C">
              <w:tc>
                <w:tcPr>
                  <w:tcW w:w="3670" w:type="dxa"/>
                </w:tcPr>
                <w:p w:rsidR="00FB3D0C"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Stand up for yourself</w:t>
                  </w:r>
                </w:p>
              </w:tc>
              <w:tc>
                <w:tcPr>
                  <w:tcW w:w="3670" w:type="dxa"/>
                </w:tcPr>
                <w:p w:rsidR="00FB3D0C" w:rsidRPr="00324B8D" w:rsidRDefault="00FB3D0C" w:rsidP="00324B8D">
                  <w:pPr>
                    <w:rPr>
                      <w:rFonts w:ascii="Comic Sans MS" w:hAnsi="Comic Sans MS" w:cs="Arial"/>
                      <w:b/>
                      <w:color w:val="984806" w:themeColor="accent6" w:themeShade="80"/>
                      <w:sz w:val="28"/>
                      <w:szCs w:val="28"/>
                    </w:rPr>
                  </w:pPr>
                </w:p>
              </w:tc>
            </w:tr>
            <w:tr w:rsidR="00FB3D0C" w:rsidRPr="00324B8D" w:rsidTr="00FB3D0C">
              <w:tc>
                <w:tcPr>
                  <w:tcW w:w="3670" w:type="dxa"/>
                </w:tcPr>
                <w:p w:rsidR="00FB3D0C" w:rsidRPr="00324B8D" w:rsidRDefault="00FB3D0C" w:rsidP="00324B8D">
                  <w:pPr>
                    <w:rPr>
                      <w:rFonts w:ascii="Comic Sans MS" w:hAnsi="Comic Sans MS" w:cs="Arial"/>
                      <w:b/>
                      <w:color w:val="00B050"/>
                      <w:sz w:val="28"/>
                      <w:szCs w:val="28"/>
                    </w:rPr>
                  </w:pPr>
                  <w:r w:rsidRPr="00324B8D">
                    <w:rPr>
                      <w:rFonts w:ascii="Comic Sans MS" w:hAnsi="Comic Sans MS" w:cs="Arial"/>
                      <w:b/>
                      <w:color w:val="00B050"/>
                      <w:sz w:val="28"/>
                      <w:szCs w:val="28"/>
                    </w:rPr>
                    <w:t>Ignore hurtful comments</w:t>
                  </w:r>
                  <w:r w:rsidR="00B42888">
                    <w:rPr>
                      <w:rFonts w:ascii="Comic Sans MS" w:hAnsi="Comic Sans MS" w:cs="Arial"/>
                      <w:b/>
                      <w:color w:val="00B050"/>
                      <w:sz w:val="28"/>
                      <w:szCs w:val="28"/>
                    </w:rPr>
                    <w:t xml:space="preserve"> </w:t>
                  </w:r>
                  <w:r w:rsidR="00326FB5">
                    <w:rPr>
                      <w:rFonts w:ascii="Comic Sans MS" w:hAnsi="Comic Sans MS" w:cs="Arial"/>
                      <w:b/>
                      <w:color w:val="00B050"/>
                      <w:sz w:val="28"/>
                      <w:szCs w:val="28"/>
                    </w:rPr>
                    <w:t>and be a helping hand</w:t>
                  </w:r>
                </w:p>
              </w:tc>
              <w:tc>
                <w:tcPr>
                  <w:tcW w:w="3670" w:type="dxa"/>
                </w:tcPr>
                <w:p w:rsidR="00FB3D0C" w:rsidRPr="00326FB5" w:rsidRDefault="00326FB5" w:rsidP="00324B8D">
                  <w:pPr>
                    <w:rPr>
                      <w:rFonts w:ascii="Comic Sans MS" w:hAnsi="Comic Sans MS" w:cs="Arial"/>
                      <w:b/>
                      <w:color w:val="FF0000"/>
                      <w:sz w:val="28"/>
                      <w:szCs w:val="28"/>
                    </w:rPr>
                  </w:pPr>
                  <w:r>
                    <w:rPr>
                      <w:rFonts w:ascii="Comic Sans MS" w:hAnsi="Comic Sans MS" w:cs="Arial"/>
                      <w:b/>
                      <w:color w:val="FF0000"/>
                      <w:sz w:val="28"/>
                      <w:szCs w:val="28"/>
                    </w:rPr>
                    <w:t>Don’t get people to turn against them.</w:t>
                  </w:r>
                </w:p>
              </w:tc>
            </w:tr>
            <w:bookmarkEnd w:id="0"/>
          </w:tbl>
          <w:p w:rsidR="001923CE" w:rsidRPr="00324B8D" w:rsidRDefault="001923CE" w:rsidP="00FB3D0C">
            <w:pPr>
              <w:jc w:val="center"/>
              <w:rPr>
                <w:rFonts w:ascii="Comic Sans MS" w:hAnsi="Comic Sans MS" w:cs="Arial"/>
                <w:b/>
                <w:color w:val="984806" w:themeColor="accent6" w:themeShade="80"/>
                <w:sz w:val="28"/>
                <w:szCs w:val="28"/>
              </w:rPr>
            </w:pPr>
          </w:p>
          <w:p w:rsidR="00606DC3" w:rsidRDefault="00606DC3" w:rsidP="00FB3D0C">
            <w:pPr>
              <w:jc w:val="center"/>
              <w:rPr>
                <w:rFonts w:ascii="Comic Sans MS" w:hAnsi="Comic Sans MS" w:cs="Arial"/>
                <w:sz w:val="28"/>
                <w:szCs w:val="28"/>
              </w:rPr>
            </w:pPr>
          </w:p>
          <w:p w:rsidR="00324B8D" w:rsidRPr="00324B8D" w:rsidRDefault="00324B8D" w:rsidP="00FB3D0C">
            <w:pPr>
              <w:jc w:val="center"/>
              <w:rPr>
                <w:rFonts w:ascii="Comic Sans MS" w:hAnsi="Comic Sans MS" w:cs="Arial"/>
                <w:sz w:val="28"/>
                <w:szCs w:val="28"/>
              </w:rPr>
            </w:pPr>
          </w:p>
        </w:tc>
        <w:tc>
          <w:tcPr>
            <w:tcW w:w="413" w:type="dxa"/>
          </w:tcPr>
          <w:p w:rsidR="001923CE" w:rsidRPr="00FB3D0C" w:rsidRDefault="001923CE" w:rsidP="00FB3D0C">
            <w:pPr>
              <w:jc w:val="center"/>
              <w:rPr>
                <w:rFonts w:ascii="Arial" w:hAnsi="Arial" w:cs="Arial"/>
                <w:sz w:val="28"/>
                <w:szCs w:val="28"/>
              </w:rPr>
            </w:pPr>
          </w:p>
          <w:p w:rsidR="001923CE" w:rsidRPr="00FB3D0C" w:rsidRDefault="001923CE" w:rsidP="00FB3D0C">
            <w:pPr>
              <w:jc w:val="center"/>
              <w:rPr>
                <w:rFonts w:ascii="Arial" w:hAnsi="Arial" w:cs="Arial"/>
                <w:sz w:val="28"/>
                <w:szCs w:val="28"/>
              </w:rPr>
            </w:pPr>
          </w:p>
          <w:p w:rsidR="00606DC3" w:rsidRPr="00FB3D0C" w:rsidRDefault="00606DC3" w:rsidP="00FB3D0C">
            <w:pPr>
              <w:jc w:val="center"/>
              <w:rPr>
                <w:rFonts w:ascii="Arial" w:hAnsi="Arial" w:cs="Arial"/>
                <w:sz w:val="28"/>
                <w:szCs w:val="28"/>
              </w:rPr>
            </w:pPr>
          </w:p>
        </w:tc>
      </w:tr>
      <w:tr w:rsidR="00606DC3" w:rsidRPr="00FB3D0C" w:rsidTr="00324B8D">
        <w:tc>
          <w:tcPr>
            <w:tcW w:w="8443" w:type="dxa"/>
          </w:tcPr>
          <w:p w:rsidR="00D62C27" w:rsidRDefault="00D62C27" w:rsidP="00324B8D">
            <w:pPr>
              <w:pStyle w:val="NoSpacing"/>
              <w:rPr>
                <w:rFonts w:ascii="Comic Sans MS" w:hAnsi="Comic Sans MS"/>
                <w:b/>
                <w:color w:val="984806" w:themeColor="accent6" w:themeShade="80"/>
                <w:sz w:val="28"/>
                <w:szCs w:val="28"/>
                <w:u w:val="single"/>
              </w:rPr>
            </w:pPr>
          </w:p>
          <w:p w:rsidR="00606DC3" w:rsidRDefault="00324B8D" w:rsidP="00324B8D">
            <w:pPr>
              <w:pStyle w:val="NoSpacing"/>
              <w:rPr>
                <w:rFonts w:ascii="Comic Sans MS" w:hAnsi="Comic Sans MS"/>
                <w:b/>
                <w:color w:val="984806" w:themeColor="accent6" w:themeShade="80"/>
                <w:sz w:val="28"/>
                <w:szCs w:val="28"/>
                <w:u w:val="single"/>
              </w:rPr>
            </w:pPr>
            <w:r w:rsidRPr="00324B8D">
              <w:rPr>
                <w:rFonts w:ascii="Comic Sans MS" w:hAnsi="Comic Sans MS"/>
                <w:b/>
                <w:color w:val="984806" w:themeColor="accent6" w:themeShade="80"/>
                <w:sz w:val="28"/>
                <w:szCs w:val="28"/>
                <w:u w:val="single"/>
              </w:rPr>
              <w:t>What should I do if I think someone else is being bullied?</w:t>
            </w:r>
          </w:p>
          <w:p w:rsidR="00324B8D" w:rsidRDefault="00324B8D" w:rsidP="00324B8D">
            <w:pPr>
              <w:pStyle w:val="NoSpacing"/>
              <w:rPr>
                <w:rFonts w:ascii="Comic Sans MS" w:hAnsi="Comic Sans MS"/>
                <w:b/>
                <w:color w:val="984806" w:themeColor="accent6" w:themeShade="80"/>
                <w:sz w:val="28"/>
                <w:szCs w:val="28"/>
                <w:u w:val="single"/>
              </w:rPr>
            </w:pPr>
          </w:p>
          <w:p w:rsidR="00324B8D" w:rsidRPr="00324B8D" w:rsidRDefault="00324B8D" w:rsidP="00324B8D">
            <w:pPr>
              <w:pStyle w:val="NoSpacing"/>
              <w:jc w:val="center"/>
              <w:rPr>
                <w:rFonts w:ascii="Comic Sans MS" w:hAnsi="Comic Sans MS"/>
                <w:b/>
                <w:color w:val="984806" w:themeColor="accent6" w:themeShade="80"/>
                <w:sz w:val="28"/>
                <w:szCs w:val="28"/>
                <w:u w:val="single"/>
              </w:rPr>
            </w:pPr>
            <w:r w:rsidRPr="00324B8D">
              <w:rPr>
                <w:rFonts w:ascii="Comic Sans MS" w:hAnsi="Comic Sans MS" w:cs="Arial"/>
                <w:b/>
                <w:noProof/>
                <w:color w:val="984806" w:themeColor="accent6" w:themeShade="80"/>
                <w:sz w:val="28"/>
                <w:szCs w:val="28"/>
              </w:rPr>
              <w:drawing>
                <wp:inline distT="0" distB="0" distL="0" distR="0" wp14:anchorId="001C0C30" wp14:editId="4F0C464F">
                  <wp:extent cx="1581150" cy="158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inline>
              </w:drawing>
            </w:r>
          </w:p>
          <w:p w:rsidR="00324B8D" w:rsidRPr="00324B8D" w:rsidRDefault="00324B8D" w:rsidP="00324B8D">
            <w:pPr>
              <w:jc w:val="center"/>
              <w:rPr>
                <w:rFonts w:ascii="Comic Sans MS" w:hAnsi="Comic Sans MS" w:cs="Arial"/>
                <w:b/>
                <w:sz w:val="28"/>
                <w:szCs w:val="28"/>
                <w:u w:val="single"/>
              </w:rPr>
            </w:pPr>
          </w:p>
          <w:p w:rsidR="00324B8D" w:rsidRPr="00324B8D" w:rsidRDefault="00324B8D" w:rsidP="00324B8D">
            <w:pPr>
              <w:jc w:val="center"/>
              <w:rPr>
                <w:rFonts w:ascii="Comic Sans MS" w:hAnsi="Comic Sans MS" w:cs="Arial"/>
                <w:b/>
                <w:sz w:val="28"/>
                <w:szCs w:val="28"/>
                <w:u w:val="single"/>
              </w:rPr>
            </w:pPr>
          </w:p>
        </w:tc>
        <w:tc>
          <w:tcPr>
            <w:tcW w:w="413" w:type="dxa"/>
          </w:tcPr>
          <w:p w:rsidR="00606DC3" w:rsidRPr="00FB3D0C" w:rsidRDefault="00606DC3">
            <w:pPr>
              <w:rPr>
                <w:rFonts w:ascii="Arial" w:hAnsi="Arial" w:cs="Arial"/>
                <w:sz w:val="28"/>
                <w:szCs w:val="28"/>
              </w:rPr>
            </w:pPr>
          </w:p>
        </w:tc>
      </w:tr>
    </w:tbl>
    <w:tbl>
      <w:tblPr>
        <w:tblStyle w:val="TableGrid"/>
        <w:tblW w:w="7340" w:type="dxa"/>
        <w:jc w:val="center"/>
        <w:tblLook w:val="04A0" w:firstRow="1" w:lastRow="0" w:firstColumn="1" w:lastColumn="0" w:noHBand="0" w:noVBand="1"/>
      </w:tblPr>
      <w:tblGrid>
        <w:gridCol w:w="3670"/>
        <w:gridCol w:w="3670"/>
      </w:tblGrid>
      <w:tr w:rsidR="00324B8D" w:rsidRPr="00FB3D0C" w:rsidTr="00324B8D">
        <w:trPr>
          <w:jc w:val="center"/>
        </w:trPr>
        <w:tc>
          <w:tcPr>
            <w:tcW w:w="3670" w:type="dxa"/>
          </w:tcPr>
          <w:p w:rsidR="00324B8D" w:rsidRPr="00324B8D" w:rsidRDefault="00324B8D" w:rsidP="00324B8D">
            <w:pPr>
              <w:rPr>
                <w:rFonts w:ascii="Arial" w:hAnsi="Arial" w:cs="Arial"/>
                <w:b/>
                <w:color w:val="00B050"/>
                <w:sz w:val="28"/>
                <w:szCs w:val="28"/>
              </w:rPr>
            </w:pPr>
            <w:r w:rsidRPr="00324B8D">
              <w:rPr>
                <w:rFonts w:ascii="Arial" w:hAnsi="Arial" w:cs="Arial"/>
                <w:b/>
                <w:color w:val="00B050"/>
                <w:sz w:val="28"/>
                <w:szCs w:val="28"/>
              </w:rPr>
              <w:t>Do</w:t>
            </w:r>
          </w:p>
        </w:tc>
        <w:tc>
          <w:tcPr>
            <w:tcW w:w="3670" w:type="dxa"/>
          </w:tcPr>
          <w:p w:rsidR="00324B8D" w:rsidRPr="00324B8D" w:rsidRDefault="00324B8D" w:rsidP="00324B8D">
            <w:pPr>
              <w:rPr>
                <w:rFonts w:ascii="Arial" w:hAnsi="Arial" w:cs="Arial"/>
                <w:b/>
                <w:color w:val="FF0000"/>
                <w:sz w:val="28"/>
                <w:szCs w:val="28"/>
              </w:rPr>
            </w:pPr>
            <w:r w:rsidRPr="00324B8D">
              <w:rPr>
                <w:rFonts w:ascii="Arial" w:hAnsi="Arial" w:cs="Arial"/>
                <w:b/>
                <w:color w:val="FF0000"/>
                <w:sz w:val="28"/>
                <w:szCs w:val="28"/>
              </w:rPr>
              <w:t>Don’t</w:t>
            </w:r>
          </w:p>
        </w:tc>
      </w:tr>
      <w:tr w:rsidR="00324B8D" w:rsidRPr="00FB3D0C" w:rsidTr="00324B8D">
        <w:trPr>
          <w:jc w:val="center"/>
        </w:trPr>
        <w:tc>
          <w:tcPr>
            <w:tcW w:w="3670" w:type="dxa"/>
          </w:tcPr>
          <w:p w:rsidR="00324B8D" w:rsidRPr="00324B8D" w:rsidRDefault="00324B8D" w:rsidP="00324B8D">
            <w:pPr>
              <w:rPr>
                <w:rFonts w:ascii="Arial" w:hAnsi="Arial" w:cs="Arial"/>
                <w:b/>
                <w:color w:val="00B050"/>
                <w:sz w:val="28"/>
                <w:szCs w:val="28"/>
              </w:rPr>
            </w:pPr>
            <w:r w:rsidRPr="00324B8D">
              <w:rPr>
                <w:rFonts w:ascii="Arial" w:hAnsi="Arial" w:cs="Arial"/>
                <w:b/>
                <w:color w:val="00B050"/>
                <w:sz w:val="28"/>
                <w:szCs w:val="28"/>
              </w:rPr>
              <w:t>Be a good friend</w:t>
            </w:r>
          </w:p>
        </w:tc>
        <w:tc>
          <w:tcPr>
            <w:tcW w:w="3670" w:type="dxa"/>
          </w:tcPr>
          <w:p w:rsidR="00324B8D" w:rsidRPr="00324B8D" w:rsidRDefault="00324B8D" w:rsidP="00324B8D">
            <w:pPr>
              <w:rPr>
                <w:rFonts w:ascii="Arial" w:hAnsi="Arial" w:cs="Arial"/>
                <w:b/>
                <w:color w:val="FF0000"/>
                <w:sz w:val="28"/>
                <w:szCs w:val="28"/>
              </w:rPr>
            </w:pPr>
            <w:r w:rsidRPr="00324B8D">
              <w:rPr>
                <w:rFonts w:ascii="Arial" w:hAnsi="Arial" w:cs="Arial"/>
                <w:b/>
                <w:color w:val="FF0000"/>
                <w:sz w:val="28"/>
                <w:szCs w:val="28"/>
              </w:rPr>
              <w:t>Walk away</w:t>
            </w:r>
          </w:p>
        </w:tc>
      </w:tr>
      <w:tr w:rsidR="00324B8D" w:rsidRPr="00FB3D0C" w:rsidTr="00324B8D">
        <w:trPr>
          <w:jc w:val="center"/>
        </w:trPr>
        <w:tc>
          <w:tcPr>
            <w:tcW w:w="3670" w:type="dxa"/>
          </w:tcPr>
          <w:p w:rsidR="00324B8D" w:rsidRPr="00324B8D" w:rsidRDefault="00324B8D" w:rsidP="00324B8D">
            <w:pPr>
              <w:rPr>
                <w:rFonts w:ascii="Arial" w:hAnsi="Arial" w:cs="Arial"/>
                <w:b/>
                <w:color w:val="00B050"/>
                <w:sz w:val="28"/>
                <w:szCs w:val="28"/>
              </w:rPr>
            </w:pPr>
            <w:r w:rsidRPr="00324B8D">
              <w:rPr>
                <w:rFonts w:ascii="Arial" w:hAnsi="Arial" w:cs="Arial"/>
                <w:b/>
                <w:color w:val="00B050"/>
                <w:sz w:val="28"/>
                <w:szCs w:val="28"/>
              </w:rPr>
              <w:t>Encourage them to tell someone they TRUST</w:t>
            </w:r>
          </w:p>
        </w:tc>
        <w:tc>
          <w:tcPr>
            <w:tcW w:w="3670" w:type="dxa"/>
          </w:tcPr>
          <w:p w:rsidR="00324B8D" w:rsidRPr="00324B8D" w:rsidRDefault="00324B8D" w:rsidP="00324B8D">
            <w:pPr>
              <w:rPr>
                <w:rFonts w:ascii="Arial" w:hAnsi="Arial" w:cs="Arial"/>
                <w:b/>
                <w:color w:val="FF0000"/>
                <w:sz w:val="28"/>
                <w:szCs w:val="28"/>
              </w:rPr>
            </w:pPr>
            <w:r w:rsidRPr="00324B8D">
              <w:rPr>
                <w:rFonts w:ascii="Arial" w:hAnsi="Arial" w:cs="Arial"/>
                <w:b/>
                <w:color w:val="FF0000"/>
                <w:sz w:val="28"/>
                <w:szCs w:val="28"/>
              </w:rPr>
              <w:t>Be scared</w:t>
            </w:r>
          </w:p>
          <w:p w:rsidR="00324B8D" w:rsidRPr="00324B8D" w:rsidRDefault="00324B8D" w:rsidP="00324B8D">
            <w:pPr>
              <w:rPr>
                <w:rFonts w:ascii="Arial" w:hAnsi="Arial" w:cs="Arial"/>
                <w:b/>
                <w:color w:val="FF0000"/>
                <w:sz w:val="28"/>
                <w:szCs w:val="28"/>
              </w:rPr>
            </w:pPr>
          </w:p>
        </w:tc>
      </w:tr>
      <w:tr w:rsidR="00324B8D" w:rsidRPr="00FB3D0C" w:rsidTr="00324B8D">
        <w:trPr>
          <w:jc w:val="center"/>
        </w:trPr>
        <w:tc>
          <w:tcPr>
            <w:tcW w:w="3670" w:type="dxa"/>
          </w:tcPr>
          <w:p w:rsidR="00324B8D" w:rsidRPr="00324B8D" w:rsidRDefault="00324B8D" w:rsidP="00324B8D">
            <w:pPr>
              <w:rPr>
                <w:rFonts w:ascii="Arial" w:hAnsi="Arial" w:cs="Arial"/>
                <w:b/>
                <w:color w:val="00B050"/>
                <w:sz w:val="28"/>
                <w:szCs w:val="28"/>
              </w:rPr>
            </w:pPr>
            <w:r w:rsidRPr="00324B8D">
              <w:rPr>
                <w:rFonts w:ascii="Arial" w:hAnsi="Arial" w:cs="Arial"/>
                <w:b/>
                <w:color w:val="00B050"/>
                <w:sz w:val="28"/>
                <w:szCs w:val="28"/>
              </w:rPr>
              <w:t>Encourage them to talk about what has happened</w:t>
            </w:r>
          </w:p>
        </w:tc>
        <w:tc>
          <w:tcPr>
            <w:tcW w:w="3670" w:type="dxa"/>
          </w:tcPr>
          <w:p w:rsidR="00324B8D" w:rsidRPr="00324B8D" w:rsidRDefault="00324B8D" w:rsidP="00324B8D">
            <w:pPr>
              <w:rPr>
                <w:rFonts w:ascii="Arial" w:hAnsi="Arial" w:cs="Arial"/>
                <w:b/>
                <w:color w:val="FF0000"/>
                <w:sz w:val="28"/>
                <w:szCs w:val="28"/>
              </w:rPr>
            </w:pPr>
            <w:r w:rsidRPr="00324B8D">
              <w:rPr>
                <w:rFonts w:ascii="Arial" w:hAnsi="Arial" w:cs="Arial"/>
                <w:b/>
                <w:color w:val="FF0000"/>
                <w:sz w:val="28"/>
                <w:szCs w:val="28"/>
              </w:rPr>
              <w:t>Ignore what you have seen or heard</w:t>
            </w:r>
          </w:p>
        </w:tc>
      </w:tr>
      <w:tr w:rsidR="00324B8D" w:rsidRPr="00FB3D0C" w:rsidTr="00324B8D">
        <w:trPr>
          <w:jc w:val="center"/>
        </w:trPr>
        <w:tc>
          <w:tcPr>
            <w:tcW w:w="3670" w:type="dxa"/>
          </w:tcPr>
          <w:p w:rsidR="00324B8D" w:rsidRPr="00324B8D" w:rsidRDefault="00324B8D" w:rsidP="00324B8D">
            <w:pPr>
              <w:rPr>
                <w:rFonts w:ascii="Arial" w:hAnsi="Arial" w:cs="Arial"/>
                <w:b/>
                <w:color w:val="00B050"/>
                <w:sz w:val="28"/>
                <w:szCs w:val="28"/>
              </w:rPr>
            </w:pPr>
            <w:r w:rsidRPr="00324B8D">
              <w:rPr>
                <w:rFonts w:ascii="Arial" w:hAnsi="Arial" w:cs="Arial"/>
                <w:b/>
                <w:color w:val="00B050"/>
                <w:sz w:val="28"/>
                <w:szCs w:val="28"/>
              </w:rPr>
              <w:t>Tell an adult yourself</w:t>
            </w:r>
          </w:p>
        </w:tc>
        <w:tc>
          <w:tcPr>
            <w:tcW w:w="3670" w:type="dxa"/>
          </w:tcPr>
          <w:p w:rsidR="00324B8D" w:rsidRPr="00324B8D" w:rsidRDefault="00D62C27" w:rsidP="00324B8D">
            <w:pPr>
              <w:rPr>
                <w:rFonts w:ascii="Arial" w:hAnsi="Arial" w:cs="Arial"/>
                <w:b/>
                <w:color w:val="FF0000"/>
                <w:sz w:val="28"/>
                <w:szCs w:val="28"/>
              </w:rPr>
            </w:pPr>
            <w:r w:rsidRPr="00D62C27">
              <w:rPr>
                <w:rFonts w:ascii="Arial" w:hAnsi="Arial" w:cs="Arial"/>
                <w:b/>
                <w:color w:val="FF0000"/>
                <w:sz w:val="28"/>
                <w:szCs w:val="28"/>
              </w:rPr>
              <w:t>Stay quiet</w:t>
            </w:r>
          </w:p>
        </w:tc>
      </w:tr>
      <w:tr w:rsidR="00324B8D" w:rsidRPr="00FB3D0C" w:rsidTr="00324B8D">
        <w:trPr>
          <w:jc w:val="center"/>
        </w:trPr>
        <w:tc>
          <w:tcPr>
            <w:tcW w:w="3670" w:type="dxa"/>
          </w:tcPr>
          <w:p w:rsidR="00324B8D" w:rsidRPr="00324B8D" w:rsidRDefault="006238AA" w:rsidP="00324B8D">
            <w:pPr>
              <w:rPr>
                <w:rFonts w:ascii="Arial" w:hAnsi="Arial" w:cs="Arial"/>
                <w:b/>
                <w:color w:val="00B050"/>
                <w:sz w:val="28"/>
                <w:szCs w:val="28"/>
              </w:rPr>
            </w:pPr>
            <w:r>
              <w:rPr>
                <w:rFonts w:ascii="Arial" w:hAnsi="Arial" w:cs="Arial"/>
                <w:b/>
                <w:color w:val="00B050"/>
                <w:sz w:val="28"/>
                <w:szCs w:val="28"/>
              </w:rPr>
              <w:t>Be the bridge of friendship</w:t>
            </w:r>
          </w:p>
        </w:tc>
        <w:tc>
          <w:tcPr>
            <w:tcW w:w="3670" w:type="dxa"/>
          </w:tcPr>
          <w:p w:rsidR="00324B8D" w:rsidRPr="00324B8D" w:rsidRDefault="00D62C27" w:rsidP="00324B8D">
            <w:pPr>
              <w:rPr>
                <w:rFonts w:ascii="Arial" w:hAnsi="Arial" w:cs="Arial"/>
                <w:b/>
                <w:color w:val="FF0000"/>
                <w:sz w:val="28"/>
                <w:szCs w:val="28"/>
              </w:rPr>
            </w:pPr>
            <w:r w:rsidRPr="00D62C27">
              <w:rPr>
                <w:rFonts w:ascii="Arial" w:hAnsi="Arial" w:cs="Arial"/>
                <w:b/>
                <w:color w:val="FF0000"/>
                <w:sz w:val="28"/>
                <w:szCs w:val="28"/>
              </w:rPr>
              <w:t>Be a bystander</w:t>
            </w:r>
          </w:p>
        </w:tc>
      </w:tr>
      <w:tr w:rsidR="006238AA" w:rsidRPr="00FB3D0C" w:rsidTr="00324B8D">
        <w:trPr>
          <w:jc w:val="center"/>
        </w:trPr>
        <w:tc>
          <w:tcPr>
            <w:tcW w:w="3670" w:type="dxa"/>
          </w:tcPr>
          <w:p w:rsidR="006238AA" w:rsidRPr="00324B8D" w:rsidRDefault="006238AA" w:rsidP="00324B8D">
            <w:pPr>
              <w:rPr>
                <w:rFonts w:ascii="Arial" w:hAnsi="Arial" w:cs="Arial"/>
                <w:b/>
                <w:color w:val="00B050"/>
                <w:sz w:val="28"/>
                <w:szCs w:val="28"/>
              </w:rPr>
            </w:pPr>
            <w:r>
              <w:rPr>
                <w:rFonts w:ascii="Arial" w:hAnsi="Arial" w:cs="Arial"/>
                <w:b/>
                <w:color w:val="00B050"/>
                <w:sz w:val="28"/>
                <w:szCs w:val="28"/>
              </w:rPr>
              <w:t>Console the person being bullied.</w:t>
            </w:r>
          </w:p>
        </w:tc>
        <w:tc>
          <w:tcPr>
            <w:tcW w:w="3670" w:type="dxa"/>
          </w:tcPr>
          <w:p w:rsidR="006238AA" w:rsidRPr="00D62C27" w:rsidRDefault="006238AA" w:rsidP="00324B8D">
            <w:pPr>
              <w:rPr>
                <w:rFonts w:ascii="Arial" w:hAnsi="Arial" w:cs="Arial"/>
                <w:b/>
                <w:color w:val="FF0000"/>
                <w:sz w:val="28"/>
                <w:szCs w:val="28"/>
              </w:rPr>
            </w:pPr>
          </w:p>
        </w:tc>
      </w:tr>
    </w:tbl>
    <w:p w:rsidR="00902DB7" w:rsidRDefault="00902DB7"/>
    <w:p w:rsidR="00D62C27" w:rsidRPr="00D62C27" w:rsidRDefault="00D62C27" w:rsidP="00D62C27">
      <w:pPr>
        <w:jc w:val="center"/>
        <w:rPr>
          <w:rFonts w:ascii="Comic Sans MS" w:hAnsi="Comic Sans MS"/>
          <w:b/>
          <w:color w:val="984806" w:themeColor="accent6" w:themeShade="80"/>
          <w:u w:val="single"/>
        </w:rPr>
      </w:pPr>
      <w:r w:rsidRPr="00D62C27">
        <w:rPr>
          <w:rFonts w:ascii="Comic Sans MS" w:hAnsi="Comic Sans MS"/>
          <w:b/>
          <w:color w:val="984806" w:themeColor="accent6" w:themeShade="80"/>
          <w:u w:val="single"/>
        </w:rPr>
        <w:t>Who can you talk to?</w:t>
      </w:r>
    </w:p>
    <w:p w:rsidR="00D62C27" w:rsidRPr="00D62C27" w:rsidRDefault="00D62C27" w:rsidP="00D62C27">
      <w:pPr>
        <w:jc w:val="center"/>
        <w:rPr>
          <w:rFonts w:ascii="Comic Sans MS" w:hAnsi="Comic Sans MS"/>
        </w:rPr>
      </w:pPr>
      <w:r w:rsidRPr="00D62C27">
        <w:rPr>
          <w:rFonts w:ascii="Comic Sans MS" w:hAnsi="Comic Sans MS"/>
        </w:rPr>
        <w:t>- A friend</w:t>
      </w:r>
    </w:p>
    <w:p w:rsidR="00D62C27" w:rsidRPr="00D62C27" w:rsidRDefault="00D62C27" w:rsidP="00D62C27">
      <w:pPr>
        <w:jc w:val="center"/>
        <w:rPr>
          <w:rFonts w:ascii="Comic Sans MS" w:hAnsi="Comic Sans MS"/>
        </w:rPr>
      </w:pPr>
      <w:r w:rsidRPr="00D62C27">
        <w:rPr>
          <w:rFonts w:ascii="Comic Sans MS" w:hAnsi="Comic Sans MS"/>
        </w:rPr>
        <w:t>- A buddy from another class</w:t>
      </w:r>
    </w:p>
    <w:p w:rsidR="00D62C27" w:rsidRPr="00D62C27" w:rsidRDefault="00D62C27" w:rsidP="00D62C27">
      <w:pPr>
        <w:jc w:val="center"/>
        <w:rPr>
          <w:rFonts w:ascii="Comic Sans MS" w:hAnsi="Comic Sans MS"/>
        </w:rPr>
      </w:pPr>
      <w:r w:rsidRPr="00D62C27">
        <w:rPr>
          <w:rFonts w:ascii="Comic Sans MS" w:hAnsi="Comic Sans MS"/>
        </w:rPr>
        <w:t>- A family member</w:t>
      </w:r>
    </w:p>
    <w:p w:rsidR="00D62C27" w:rsidRPr="00D62C27" w:rsidRDefault="00D62C27" w:rsidP="00D62C27">
      <w:pPr>
        <w:jc w:val="center"/>
        <w:rPr>
          <w:rFonts w:ascii="Comic Sans MS" w:hAnsi="Comic Sans MS"/>
        </w:rPr>
      </w:pPr>
      <w:r w:rsidRPr="00D62C27">
        <w:rPr>
          <w:rFonts w:ascii="Comic Sans MS" w:hAnsi="Comic Sans MS"/>
        </w:rPr>
        <w:t>- An adult in school</w:t>
      </w:r>
    </w:p>
    <w:p w:rsidR="00D62C27" w:rsidRPr="00D62C27" w:rsidRDefault="00D62C27" w:rsidP="00D62C27">
      <w:pPr>
        <w:jc w:val="center"/>
        <w:rPr>
          <w:rFonts w:ascii="Comic Sans MS" w:hAnsi="Comic Sans MS"/>
        </w:rPr>
      </w:pPr>
      <w:r w:rsidRPr="00D62C27">
        <w:rPr>
          <w:rFonts w:ascii="Comic Sans MS" w:hAnsi="Comic Sans MS"/>
        </w:rPr>
        <w:t>- Worry box</w:t>
      </w:r>
    </w:p>
    <w:p w:rsidR="006238AA" w:rsidRDefault="00D62C27" w:rsidP="00D62C27">
      <w:pPr>
        <w:jc w:val="center"/>
        <w:rPr>
          <w:rFonts w:ascii="Comic Sans MS" w:hAnsi="Comic Sans MS"/>
        </w:rPr>
      </w:pPr>
      <w:r w:rsidRPr="00D62C27">
        <w:rPr>
          <w:rFonts w:ascii="Comic Sans MS" w:hAnsi="Comic Sans MS"/>
        </w:rPr>
        <w:t>- Any adult you TRUST</w:t>
      </w:r>
    </w:p>
    <w:p w:rsidR="00D62C27" w:rsidRPr="006238AA" w:rsidRDefault="00D62C27" w:rsidP="00D62C27">
      <w:pPr>
        <w:jc w:val="center"/>
        <w:rPr>
          <w:rFonts w:ascii="Comic Sans MS" w:hAnsi="Comic Sans MS"/>
        </w:rPr>
      </w:pPr>
      <w:bookmarkStart w:id="1" w:name="_GoBack"/>
      <w:bookmarkEnd w:id="1"/>
      <w:r w:rsidRPr="00D62C27">
        <w:rPr>
          <w:rFonts w:ascii="Comic Sans MS" w:hAnsi="Comic Sans MS"/>
          <w:b/>
          <w:color w:val="984806" w:themeColor="accent6" w:themeShade="80"/>
          <w:u w:val="single"/>
        </w:rPr>
        <w:lastRenderedPageBreak/>
        <w:t>What happens next?</w:t>
      </w:r>
    </w:p>
    <w:p w:rsidR="00D62C27" w:rsidRPr="00D62C27" w:rsidRDefault="00D62C27" w:rsidP="00D62C27">
      <w:pPr>
        <w:jc w:val="center"/>
        <w:rPr>
          <w:rFonts w:ascii="Comic Sans MS" w:hAnsi="Comic Sans MS"/>
        </w:rPr>
      </w:pPr>
      <w:r w:rsidRPr="00D62C27">
        <w:rPr>
          <w:rFonts w:ascii="Comic Sans MS" w:hAnsi="Comic Sans MS"/>
        </w:rPr>
        <w:t>- The incident will be dealt with by a member of staff and recorded</w:t>
      </w:r>
    </w:p>
    <w:p w:rsidR="00D62C27" w:rsidRPr="00D62C27" w:rsidRDefault="00D62C27" w:rsidP="00D62C27">
      <w:pPr>
        <w:jc w:val="center"/>
        <w:rPr>
          <w:rFonts w:ascii="Comic Sans MS" w:hAnsi="Comic Sans MS"/>
        </w:rPr>
      </w:pPr>
      <w:r w:rsidRPr="00D62C27">
        <w:rPr>
          <w:rFonts w:ascii="Comic Sans MS" w:hAnsi="Comic Sans MS"/>
        </w:rPr>
        <w:t>The person being bullied will be made to feel SAFE and given pastoral support</w:t>
      </w:r>
    </w:p>
    <w:p w:rsidR="00D62C27" w:rsidRPr="00D62C27" w:rsidRDefault="00D62C27" w:rsidP="00D62C27">
      <w:pPr>
        <w:jc w:val="center"/>
        <w:rPr>
          <w:rFonts w:ascii="Comic Sans MS" w:hAnsi="Comic Sans MS"/>
        </w:rPr>
      </w:pPr>
      <w:r w:rsidRPr="00D62C27">
        <w:rPr>
          <w:rFonts w:ascii="Comic Sans MS" w:hAnsi="Comic Sans MS"/>
        </w:rPr>
        <w:t>- Staff will talk to everyone involved.</w:t>
      </w:r>
    </w:p>
    <w:p w:rsidR="00D62C27" w:rsidRPr="00D62C27" w:rsidRDefault="00D62C27" w:rsidP="00D62C27">
      <w:pPr>
        <w:jc w:val="center"/>
        <w:rPr>
          <w:rFonts w:ascii="Comic Sans MS" w:hAnsi="Comic Sans MS"/>
        </w:rPr>
      </w:pPr>
      <w:r w:rsidRPr="00D62C27">
        <w:rPr>
          <w:rFonts w:ascii="Comic Sans MS" w:hAnsi="Comic Sans MS"/>
        </w:rPr>
        <w:t>- The headteacher will be told straight away</w:t>
      </w:r>
    </w:p>
    <w:p w:rsidR="00D62C27" w:rsidRPr="00D62C27" w:rsidRDefault="00D62C27" w:rsidP="00D62C27">
      <w:pPr>
        <w:jc w:val="center"/>
        <w:rPr>
          <w:rFonts w:ascii="Comic Sans MS" w:hAnsi="Comic Sans MS"/>
        </w:rPr>
      </w:pPr>
      <w:r w:rsidRPr="00D62C27">
        <w:rPr>
          <w:rFonts w:ascii="Comic Sans MS" w:hAnsi="Comic Sans MS"/>
        </w:rPr>
        <w:t>- Staff will tell other adults so they can keep you safe and happy</w:t>
      </w:r>
    </w:p>
    <w:p w:rsidR="00D62C27" w:rsidRPr="00D62C27" w:rsidRDefault="00D62C27" w:rsidP="00D62C27">
      <w:pPr>
        <w:jc w:val="center"/>
        <w:rPr>
          <w:rFonts w:ascii="Comic Sans MS" w:hAnsi="Comic Sans MS"/>
        </w:rPr>
      </w:pPr>
      <w:r w:rsidRPr="00D62C27">
        <w:rPr>
          <w:rFonts w:ascii="Comic Sans MS" w:hAnsi="Comic Sans MS"/>
        </w:rPr>
        <w:t>- Staff will talk to parents</w:t>
      </w:r>
    </w:p>
    <w:p w:rsidR="00D62C27" w:rsidRPr="00D62C27" w:rsidRDefault="00D62C27" w:rsidP="00D62C27">
      <w:pPr>
        <w:jc w:val="center"/>
        <w:rPr>
          <w:rFonts w:ascii="Comic Sans MS" w:hAnsi="Comic Sans MS"/>
        </w:rPr>
      </w:pPr>
      <w:r w:rsidRPr="00D62C27">
        <w:rPr>
          <w:rFonts w:ascii="Comic Sans MS" w:hAnsi="Comic Sans MS"/>
        </w:rPr>
        <w:t>- Consequences will be given to children involved</w:t>
      </w:r>
    </w:p>
    <w:p w:rsidR="00D62C27" w:rsidRPr="00D62C27" w:rsidRDefault="00D62C27" w:rsidP="00D62C27">
      <w:pPr>
        <w:jc w:val="center"/>
        <w:rPr>
          <w:rFonts w:ascii="Comic Sans MS" w:hAnsi="Comic Sans MS"/>
        </w:rPr>
      </w:pPr>
      <w:r w:rsidRPr="00D62C27">
        <w:rPr>
          <w:rFonts w:ascii="Comic Sans MS" w:hAnsi="Comic Sans MS"/>
        </w:rPr>
        <w:t>- Adults will continue to support</w:t>
      </w:r>
    </w:p>
    <w:p w:rsidR="00D62C27" w:rsidRDefault="00D62C27" w:rsidP="00D62C27">
      <w:pPr>
        <w:rPr>
          <w:rFonts w:ascii="Comic Sans MS" w:hAnsi="Comic Sans MS"/>
          <w:sz w:val="28"/>
          <w:szCs w:val="28"/>
        </w:rPr>
      </w:pPr>
    </w:p>
    <w:p w:rsidR="00D62C27" w:rsidRDefault="00D62C27" w:rsidP="00D62C27">
      <w:pPr>
        <w:pStyle w:val="NoSpacing"/>
        <w:jc w:val="center"/>
        <w:rPr>
          <w:rFonts w:ascii="Comic Sans MS" w:hAnsi="Comic Sans MS"/>
        </w:rPr>
      </w:pPr>
    </w:p>
    <w:p w:rsidR="00D62C27" w:rsidRDefault="00D62C27" w:rsidP="00D62C27">
      <w:pPr>
        <w:pStyle w:val="NoSpacing"/>
        <w:jc w:val="center"/>
        <w:rPr>
          <w:rFonts w:ascii="Comic Sans MS" w:hAnsi="Comic Sans MS"/>
        </w:rPr>
      </w:pPr>
    </w:p>
    <w:p w:rsidR="00D62C27" w:rsidRDefault="00D62C27" w:rsidP="00D62C27">
      <w:pPr>
        <w:pStyle w:val="NoSpacing"/>
        <w:jc w:val="center"/>
        <w:rPr>
          <w:rFonts w:ascii="Comic Sans MS" w:hAnsi="Comic Sans MS"/>
        </w:rPr>
      </w:pPr>
    </w:p>
    <w:p w:rsidR="00D62C27" w:rsidRPr="00D62C27" w:rsidRDefault="00D62C27" w:rsidP="00D62C27">
      <w:pPr>
        <w:pStyle w:val="NoSpacing"/>
        <w:jc w:val="center"/>
        <w:rPr>
          <w:rFonts w:ascii="Comic Sans MS" w:hAnsi="Comic Sans MS"/>
        </w:rPr>
      </w:pPr>
      <w:r w:rsidRPr="00D62C27">
        <w:rPr>
          <w:rFonts w:ascii="Comic Sans MS" w:hAnsi="Comic Sans MS"/>
        </w:rPr>
        <w:t>Everyone at Holy Family Catholic Primary school will work together to:</w:t>
      </w:r>
    </w:p>
    <w:p w:rsidR="00D62C27" w:rsidRPr="00D62C27" w:rsidRDefault="00D62C27" w:rsidP="00D62C27">
      <w:pPr>
        <w:pStyle w:val="NoSpacing"/>
        <w:jc w:val="center"/>
        <w:rPr>
          <w:rFonts w:ascii="Comic Sans MS" w:hAnsi="Comic Sans MS"/>
        </w:rPr>
      </w:pPr>
    </w:p>
    <w:p w:rsidR="00D62C27" w:rsidRPr="00D62C27" w:rsidRDefault="00D62C27" w:rsidP="00D62C27">
      <w:pPr>
        <w:pStyle w:val="NoSpacing"/>
        <w:jc w:val="center"/>
        <w:rPr>
          <w:rFonts w:ascii="Comic Sans MS" w:hAnsi="Comic Sans MS"/>
        </w:rPr>
      </w:pPr>
      <w:r w:rsidRPr="00D62C27">
        <w:rPr>
          <w:rFonts w:ascii="Comic Sans MS" w:hAnsi="Comic Sans MS"/>
        </w:rPr>
        <w:t>Make our school a place where everyone can feel safe, happy and welcome.</w:t>
      </w:r>
    </w:p>
    <w:p w:rsidR="00D62C27" w:rsidRPr="00D62C27" w:rsidRDefault="00D62C27" w:rsidP="00D62C27">
      <w:pPr>
        <w:pStyle w:val="NoSpacing"/>
        <w:jc w:val="center"/>
        <w:rPr>
          <w:rFonts w:ascii="Comic Sans MS" w:hAnsi="Comic Sans MS"/>
        </w:rPr>
      </w:pPr>
      <w:r w:rsidRPr="00D62C27">
        <w:rPr>
          <w:rFonts w:ascii="Comic Sans MS" w:hAnsi="Comic Sans MS"/>
        </w:rPr>
        <w:t>Stop and prevent bullying.</w:t>
      </w:r>
    </w:p>
    <w:p w:rsidR="00D62C27" w:rsidRPr="00D62C27" w:rsidRDefault="00D62C27" w:rsidP="00D62C27">
      <w:pPr>
        <w:pStyle w:val="NoSpacing"/>
        <w:jc w:val="center"/>
        <w:rPr>
          <w:rFonts w:ascii="Comic Sans MS" w:hAnsi="Comic Sans MS"/>
        </w:rPr>
      </w:pPr>
      <w:r w:rsidRPr="00D62C27">
        <w:rPr>
          <w:rFonts w:ascii="Comic Sans MS" w:hAnsi="Comic Sans MS"/>
        </w:rPr>
        <w:t>Treat others how we would like to be treated.</w:t>
      </w:r>
    </w:p>
    <w:p w:rsidR="00D62C27" w:rsidRPr="00D62C27" w:rsidRDefault="00D62C27" w:rsidP="00D62C27">
      <w:pPr>
        <w:pStyle w:val="NoSpacing"/>
        <w:jc w:val="center"/>
        <w:rPr>
          <w:rFonts w:ascii="Comic Sans MS" w:hAnsi="Comic Sans MS"/>
        </w:rPr>
      </w:pPr>
      <w:r w:rsidRPr="00D62C27">
        <w:rPr>
          <w:rFonts w:ascii="Comic Sans MS" w:hAnsi="Comic Sans MS"/>
        </w:rPr>
        <w:t xml:space="preserve">Allow others to </w:t>
      </w:r>
      <w:proofErr w:type="spellStart"/>
      <w:r w:rsidRPr="00D62C27">
        <w:rPr>
          <w:rFonts w:ascii="Comic Sans MS" w:hAnsi="Comic Sans MS"/>
        </w:rPr>
        <w:t>realise</w:t>
      </w:r>
      <w:proofErr w:type="spellEnd"/>
      <w:r w:rsidRPr="00D62C27">
        <w:rPr>
          <w:rFonts w:ascii="Comic Sans MS" w:hAnsi="Comic Sans MS"/>
        </w:rPr>
        <w:t xml:space="preserve"> they have the right to be who they are.</w:t>
      </w:r>
    </w:p>
    <w:sectPr w:rsidR="00D62C27" w:rsidRPr="00D62C27" w:rsidSect="00034616">
      <w:headerReference w:type="default" r:id="rId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9F2" w:rsidRDefault="00CF39F2" w:rsidP="00324B8D">
      <w:pPr>
        <w:spacing w:after="0" w:line="240" w:lineRule="auto"/>
      </w:pPr>
      <w:r>
        <w:separator/>
      </w:r>
    </w:p>
  </w:endnote>
  <w:endnote w:type="continuationSeparator" w:id="0">
    <w:p w:rsidR="00CF39F2" w:rsidRDefault="00CF39F2" w:rsidP="0032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9F2" w:rsidRDefault="00CF39F2" w:rsidP="00324B8D">
      <w:pPr>
        <w:spacing w:after="0" w:line="240" w:lineRule="auto"/>
      </w:pPr>
      <w:r>
        <w:separator/>
      </w:r>
    </w:p>
  </w:footnote>
  <w:footnote w:type="continuationSeparator" w:id="0">
    <w:p w:rsidR="00CF39F2" w:rsidRDefault="00CF39F2" w:rsidP="00324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B8D" w:rsidRDefault="00324B8D">
    <w:pPr>
      <w:pStyle w:val="Header"/>
    </w:pPr>
  </w:p>
  <w:p w:rsidR="00324B8D" w:rsidRDefault="00324B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75C10A1"/>
    <w:multiLevelType w:val="hybridMultilevel"/>
    <w:tmpl w:val="5CBAE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23CE"/>
    <w:rsid w:val="001A1B9B"/>
    <w:rsid w:val="0029639D"/>
    <w:rsid w:val="00324B8D"/>
    <w:rsid w:val="00326F90"/>
    <w:rsid w:val="00326FB5"/>
    <w:rsid w:val="00606DC3"/>
    <w:rsid w:val="006238AA"/>
    <w:rsid w:val="00902DB7"/>
    <w:rsid w:val="00AA1D8D"/>
    <w:rsid w:val="00B42888"/>
    <w:rsid w:val="00B47730"/>
    <w:rsid w:val="00B96F54"/>
    <w:rsid w:val="00CB0664"/>
    <w:rsid w:val="00CF39F2"/>
    <w:rsid w:val="00D62C27"/>
    <w:rsid w:val="00FB3D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09F769"/>
  <w14:defaultImageDpi w14:val="300"/>
  <w15:docId w15:val="{C548BBB4-7BCD-4DAC-A5FB-476E05931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1690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6C21E571-C015-45FE-B9F7-426473449FD6}">
  <ds:schemaRefs>
    <ds:schemaRef ds:uri="http://schemas.openxmlformats.org/officeDocument/2006/bibliography"/>
  </ds:schemaRefs>
</ds:datastoreItem>
</file>

<file path=customXml/itemProps2.xml><?xml version="1.0" encoding="utf-8"?>
<ds:datastoreItem xmlns:ds="http://schemas.openxmlformats.org/officeDocument/2006/customXml" ds:itemID="{B6D80783-EE0C-4D03-992C-032C7A10FA85}"/>
</file>

<file path=customXml/itemProps3.xml><?xml version="1.0" encoding="utf-8"?>
<ds:datastoreItem xmlns:ds="http://schemas.openxmlformats.org/officeDocument/2006/customXml" ds:itemID="{25BEEE06-D602-4583-B4F0-677487E382A8}"/>
</file>

<file path=customXml/itemProps4.xml><?xml version="1.0" encoding="utf-8"?>
<ds:datastoreItem xmlns:ds="http://schemas.openxmlformats.org/officeDocument/2006/customXml" ds:itemID="{9A6ACC03-3160-42F2-9A24-CEFBD6FB39DC}"/>
</file>

<file path=docProps/app.xml><?xml version="1.0" encoding="utf-8"?>
<Properties xmlns="http://schemas.openxmlformats.org/officeDocument/2006/extended-properties" xmlns:vt="http://schemas.openxmlformats.org/officeDocument/2006/docPropsVTypes">
  <Template>Normal</Template>
  <TotalTime>65</TotalTime>
  <Pages>5</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Burke</dc:creator>
  <cp:keywords/>
  <dc:description>generated by python-docx</dc:description>
  <cp:lastModifiedBy>Anna Burke</cp:lastModifiedBy>
  <cp:revision>4</cp:revision>
  <dcterms:created xsi:type="dcterms:W3CDTF">2026-06-16T21:06:00Z</dcterms:created>
  <dcterms:modified xsi:type="dcterms:W3CDTF">2026-07-13T09:00:00Z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ies>
</file>